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A0C36"/>
          <w:sz w:val="68"/>
        </w:rPr>
        <w:t>BELOVED GRACE</w:t>
      </w:r>
    </w:p>
    <w:p>
      <w:pPr>
        <w:jc w:val="center"/>
      </w:pPr>
      <w:r>
        <w:rPr>
          <w:color w:val="A47023"/>
          <w:sz w:val="32"/>
        </w:rPr>
        <w:t>Hannah, Samuel, Anna, and the Prophetic Thread</w:t>
        <w:br/>
        <w:t>of Prayer, Hearing, Recognition, and Calling</w:t>
      </w:r>
    </w:p>
    <w:p>
      <w:r>
        <w:br/>
      </w:r>
    </w:p>
    <w:p>
      <w:pPr>
        <w:jc w:val="center"/>
      </w:pPr>
      <w:r>
        <w:rPr>
          <w:sz w:val="28"/>
        </w:rPr>
        <w:t>Dr. Sherry-Ann Brown</w:t>
      </w:r>
    </w:p>
    <w:p>
      <w:r>
        <w:br w:type="page"/>
      </w:r>
    </w:p>
    <w:p>
      <w:pPr>
        <w:pStyle w:val="Heading1"/>
      </w:pPr>
      <w:r>
        <w:t>Author Note</w:t>
      </w:r>
    </w:p>
    <w:p>
      <w:r>
        <w:t>This book began with a linguistic discovery: Anna, the prophetess named in Luke 2, and Ann, the second element in Sherry-Ann, belong to the same historical name family as the Hebrew Hannah. Hannah prayed and became the mother of Samuel. Samuel learned to hear the voice of God and matured into a prophet. Anna carried the same ancient name of grace and was herself identified as a prophetess, a woman whose long life of worship prepared her to recognize Jesus and speak about Him to waiting people.</w:t>
      </w:r>
    </w:p>
    <w:p>
      <w:r>
        <w:t>The pages that follow explore this three-way biblical resonance alongside a contemporary meditation on the name Sherry-Ann. Linguistic observations remain linguistic observations. Devotional readings invite prayerful reflection. Vocation and spiritual calling unfold through Scripture, prayer, faithful practice, wise spiritual oversight, humility, service, and time.</w:t>
      </w:r>
    </w:p>
    <w:p>
      <w:r>
        <w:t>The main prose in this manuscript was newly composed for this book. Biblical narratives are paraphrased in original language, with references supplied for readers who wish to study the passages directly.</w:t>
      </w:r>
    </w:p>
    <w:p>
      <w:pPr>
        <w:pStyle w:val="Heading1"/>
      </w:pPr>
      <w:r>
        <w:t>Introduction: The Ancient Echo</w:t>
      </w:r>
    </w:p>
    <w:p>
      <w:r>
        <w:t>A name can be carried for decades before one hears an ancient echo inside it. Ann seems small: three letters, a familiar sound, a quiet ending after a hyphen. Then the biblical record opens. Hannah appears in the sanctuary, pouring out her soul. Samuel appears in the night, learning to recognize the voice calling his name. Anna appears in the temple, aged by years and strengthened by devotion, recognizing the infant Jesus and speaking hope to people who have been waiting.</w:t>
      </w:r>
    </w:p>
    <w:p>
      <w:r>
        <w:t>Hannah. Anna. Ann. One name family travels through Hebrew, Greek, French, and English. Around that linguistic thread gathers a spiritual sequence: prayer that carries, hearing that responds, recognition that gives thanks, and speech that serves.</w:t>
      </w:r>
    </w:p>
    <w:p>
      <w:r>
        <w:t>This book follows that sequence. It also follows the heart. For a physician scientist, the heart is muscle, chamber, valve, rhythm, pressure, flow, electrical signal, cellular metabolism, and living tissue. For Scripture, the heart is also a rich human image for desire, courage, wisdom, intention, memory, devotion, and response. Holding these dimensions together creates a compelling field of reflection: the disciplined attention of science beside the prayerful attention of faith.</w:t>
      </w:r>
    </w:p>
    <w:p>
      <w:r>
        <w:t>The phrase beloved grace becomes the central image. It is a poetic reading of Sherry-Ann, drawing Sherry toward the language of endearment and Ann toward the ancient name of grace. The phrase carries warmth and invitation: receive grace deeply enough that it becomes the atmosphere in which prayer, hearing, discernment, healing, courage, and speech can mature.</w:t>
      </w:r>
    </w:p>
    <w:p>
      <w:r>
        <w:br w:type="page"/>
      </w:r>
    </w:p>
    <w:p>
      <w:pPr>
        <w:pStyle w:val="Heading1"/>
      </w:pPr>
      <w:r>
        <w:t>Contents</w:t>
      </w:r>
    </w:p>
    <w:p>
      <w:r>
        <w:t>1. The Name Inside the Name</w:t>
      </w:r>
    </w:p>
    <w:p>
      <w:r>
        <w:t>2. Hannah: Grace on Her Knees</w:t>
      </w:r>
    </w:p>
    <w:p>
      <w:r>
        <w:t>3. When Prayer Carries a Future</w:t>
      </w:r>
    </w:p>
    <w:p>
      <w:r>
        <w:t>4. Samuel: The Child Who Learned to Hear</w:t>
      </w:r>
    </w:p>
    <w:p>
      <w:r>
        <w:t>5. Speak, for Your Servant Hears</w:t>
      </w:r>
    </w:p>
    <w:p>
      <w:r>
        <w:t>6. A Voice for a Generation</w:t>
      </w:r>
    </w:p>
    <w:p>
      <w:r>
        <w:t>7. Anna: Grace That Stayed</w:t>
      </w:r>
    </w:p>
    <w:p>
      <w:r>
        <w:t>8. The Prophetess of Asher</w:t>
      </w:r>
    </w:p>
    <w:p>
      <w:r>
        <w:t>9. The Hour She Recognized Him</w:t>
      </w:r>
    </w:p>
    <w:p>
      <w:r>
        <w:t>10. From Intercession to Proclamation</w:t>
      </w:r>
    </w:p>
    <w:p>
      <w:r>
        <w:t>11. Hannah, Anna, Ann</w:t>
      </w:r>
    </w:p>
    <w:p>
      <w:r>
        <w:t>12. Grace Has a Root</w:t>
      </w:r>
    </w:p>
    <w:p>
      <w:r>
        <w:t>13. Beloved Grace</w:t>
      </w:r>
    </w:p>
    <w:p>
      <w:r>
        <w:t>14. The Physician and the Prophet</w:t>
      </w:r>
    </w:p>
    <w:p>
      <w:r>
        <w:t>15. The Heart as a Meeting Place</w:t>
      </w:r>
    </w:p>
    <w:p>
      <w:r>
        <w:t>16. Prayer That Births</w:t>
      </w:r>
    </w:p>
    <w:p>
      <w:r>
        <w:t>17. Hearing That Speaks</w:t>
      </w:r>
    </w:p>
    <w:p>
      <w:r>
        <w:t>18. Recognition That Proclaims</w:t>
      </w:r>
    </w:p>
    <w:p>
      <w:r>
        <w:t>19. Grace Across Generations</w:t>
      </w:r>
    </w:p>
    <w:p>
      <w:r>
        <w:t>20. The Hidden Years</w:t>
      </w:r>
    </w:p>
    <w:p>
      <w:r>
        <w:t>21. The Appointed Hour</w:t>
      </w:r>
    </w:p>
    <w:p>
      <w:r>
        <w:t>22. Stewarding a Prophetic Life</w:t>
      </w:r>
    </w:p>
    <w:p>
      <w:r>
        <w:t>23. The Name as Invitation</w:t>
      </w:r>
    </w:p>
    <w:p>
      <w:r>
        <w:t>24. Grace That Hears, Recognizes, and Speaks</w:t>
      </w:r>
    </w:p>
    <w:p>
      <w:r>
        <w:t>25. A Life Poured Forward</w:t>
      </w:r>
    </w:p>
    <w:p>
      <w:r>
        <w:t>Epilogue: Beloved Grace Poured Forward</w:t>
      </w:r>
    </w:p>
    <w:p>
      <w:r>
        <w:t>Scripture Guide</w:t>
      </w:r>
    </w:p>
    <w:p>
      <w:r>
        <w:br w:type="page"/>
      </w:r>
    </w:p>
    <w:p>
      <w:pPr>
        <w:pStyle w:val="Heading1"/>
      </w:pPr>
      <w:r>
        <w:t>The Name Inside the Name</w:t>
      </w:r>
      <w:r>
        <w:br/>
      </w:r>
    </w:p>
    <w:p>
      <w:pPr>
        <w:pStyle w:val="Heading2"/>
      </w:pPr>
      <w:r>
        <w:t>A Familiar Sound Opens</w:t>
      </w:r>
      <w:r>
        <w:br/>
      </w:r>
    </w:p>
    <w:p>
      <w:pPr/>
      <w:r>
        <w:t>A name may rest beside a person for years before it reveals the corridor hidden within it. It is spoken across tables, entered on forms, printed beneath achievements, whispered by people who love us, and carried through seasons that alter nearly everything except the syllables by which we are called. Then a small discovery changes the acoustics. A familiar sound acquires ancestry. What seemed like a private possession becomes a meeting place between language, history, Scripture, memory, and hope.</w:t>
      </w:r>
    </w:p>
    <w:p>
      <w:pPr/>
      <w:r>
        <w:t>For Sherry-Ann, the opening came through the second half of the name. Ann is brief enough to be overlooked, yet its history reaches backward through European forms to Anna and, behind Anna, to the Hebrew name Hannah. The connection is linguistic before it becomes devotional. Hannah is the Hebrew form found in the story of Samuel. Anna is the Greek form preserved in Luke. Anne and Ann develop later within the same name family. Across those changes of language, the association with favor and grace remains close to the name. That history supplies a firm foundation. The meditation that grows from it belongs to another category: personal reflection offered with humility, gratitude, and theological restraint.</w:t>
      </w:r>
    </w:p>
    <w:p>
      <w:pPr>
        <w:pStyle w:val="Heading2"/>
      </w:pPr>
      <w:r>
        <w:t>Language as Inheritance</w:t>
      </w:r>
      <w:r>
        <w:br/>
      </w:r>
    </w:p>
    <w:p>
      <w:pPr/>
      <w:r>
        <w:t>Names travel because people travel. They pass through alphabets, accents, migrations, marriages, translations, worshiping communities, and the ordinary tenderness of parents choosing what a child will be called. A form may shorten while its ancestry remains. A consonant may soften. A final vowel may appear in one language and disappear in another. Such movement does not make every later bearer a replica of an earlier one. It establishes relationship rather than destiny. Ann carries a genuine historical kinship with Hannah and Anna; it does not confer their experiences, offices, or authority upon anyone who bears the name.</w:t>
      </w:r>
    </w:p>
    <w:p>
      <w:pPr/>
      <w:r>
        <w:t>This distinction protects the beauty of the discovery. Linguistic history can be studied with care. Biblical observation can be grounded in the text. Devotional interpretation can then ask how those realities illuminate prayer, character, vocation, endurance, and service. Personal application remains an invitation to faithful living rather than a declaration of entitlement. The name becomes a doorway into attention. It offers questions worth inhabiting: What kind of grace has carried this life? What response might honor such grace? Which forms of prayer, listening, recognition, thanksgiving, and stewardship deserve deeper practice?</w:t>
      </w:r>
    </w:p>
    <w:p>
      <w:pPr>
        <w:pStyle w:val="Heading2"/>
      </w:pPr>
      <w:r>
        <w:t>Hannah at the Beginning</w:t>
      </w:r>
      <w:r>
        <w:br/>
      </w:r>
    </w:p>
    <w:p>
      <w:pPr/>
      <w:r>
        <w:t>Hannah enters the biblical imagination through anguish expressed before God. First Samuel does not flatten her into a lesson. The narrative gives weight to rivalry, longing, tears, misunderstanding, and the social vulnerability surrounding her childlessness. Her prayer rises from a life that cannot be reduced to a polished spiritual maxim. She brings the whole burden into the sanctuary. Her lips move while her voice remains unheard, and Eli initially misreads what he sees. Even in sacred space, profound prayer can be misunderstood.</w:t>
      </w:r>
    </w:p>
    <w:p>
      <w:pPr/>
      <w:r>
        <w:t>Hannah answers with clarity. She identifies herself as a woman deeply troubled and explains that she has been pouring out her soul before the Lord. The phrase offers one of Scripture’s most compelling portraits of prayer: interior reality given language and direction. She does not perform composure. She does not confuse faith with emotional concealment. Her prayer makes room for desire while placing desire within surrender. When Samuel is born, she receives him with joy, nurtures him through his earliest years, and eventually fulfills her vow by bringing him to serve before the Lord. Her motherhood holds together carrying and releasing, intimacy and stewardship, answered prayer and costly faithfulness.</w:t>
      </w:r>
    </w:p>
    <w:p>
      <w:pPr>
        <w:pStyle w:val="Heading2"/>
      </w:pPr>
      <w:r>
        <w:t>Samuel Between the Names</w:t>
      </w:r>
      <w:r>
        <w:br/>
      </w:r>
    </w:p>
    <w:p>
      <w:pPr/>
      <w:r>
        <w:t>Samuel stands between Hannah and Anna within the central movement of this book. He is Hannah’s prayed-for son, yet his life becomes more than the resolution of her private sorrow. In the night at Shiloh, he hears his name and mistakes the source of the call. Three times he goes to Eli. The scene dignifies apprenticeship. Samuel’s first experience of divine address includes uncertainty, repetition, guidance, and a learned response. Hearing matures through formation.</w:t>
      </w:r>
    </w:p>
    <w:p>
      <w:pPr/>
      <w:r>
        <w:t>Eli’s role also matters. His failures elsewhere in the narrative do not erase the usefulness of his counsel in this moment. He recognizes the pattern before Samuel does and teaches the child how to answer. The story therefore resists fantasies of solitary discernment. God calls Samuel personally, while wise interpretation from another person helps him respond. Over time Samuel grows, and the Lord is with him. His prophetic life becomes established through tested faithfulness rather than instant prominence. The boy who needed help naming the voice becomes a trusted servant whose words carry consequence for a nation.</w:t>
      </w:r>
    </w:p>
    <w:p>
      <w:pPr>
        <w:pStyle w:val="Heading2"/>
      </w:pPr>
      <w:r>
        <w:t>Anna at the Appointed Hour</w:t>
      </w:r>
      <w:r>
        <w:br/>
      </w:r>
    </w:p>
    <w:p>
      <w:pPr/>
      <w:r>
        <w:t>Centuries later, Luke introduces Anna with concentrated specificity. She is a prophetess, the daughter of Phanuel, from the tribe of Asher. She has lived through marriage, bereavement, long widowhood, worship, fasting, prayer, and the accumulating wisdom of age. Her presence in the temple does not read like a sudden arrival produced for one dramatic scene. It bears the weight of a life repeatedly offered. She has practiced attention across years whose details Scripture leaves mostly hidden.</w:t>
      </w:r>
    </w:p>
    <w:p>
      <w:pPr/>
      <w:r>
        <w:t>Then Jesus is brought into the temple. Anna comes at that very hour. She recognizes significance within an ordinary family’s faithful observance. Her response unfolds in two directions: she gives thanks to God, and she speaks about the child to those awaiting the redemption of Jerusalem. Recognition becomes thanksgiving before it becomes proclamation. Her speech emerges from worship, endurance, and discernment. She addresses people prepared by longing, giving words to hope at the moment hope takes flesh before them.</w:t>
      </w:r>
    </w:p>
    <w:p>
      <w:pPr>
        <w:pStyle w:val="Heading2"/>
      </w:pPr>
      <w:r>
        <w:t>Asher, Oil, and Flourishing</w:t>
      </w:r>
      <w:r>
        <w:br/>
      </w:r>
    </w:p>
    <w:p>
      <w:pPr/>
      <w:r>
        <w:t>Luke’s preservation of Anna’s tribal identity invites careful attention. Asher appears within Israel’s ancestral memory through language of blessing, rich food, oil, strength, and favor. Jacob’s blessing associates Asher with richness fit for a king. Moses speaks of blessing among the sons, favor among brothers, feet dipped in oil, and strength sufficient for the days. These texts arise in their own historical and covenantal settings. They should be received first as biblical speech concerning a tribe of Israel.</w:t>
      </w:r>
    </w:p>
    <w:p>
      <w:pPr/>
      <w:r>
        <w:t>Within devotional reflection, the imagery forms a resonant background for Anna. Oil suggests nourishment, abundance, consecration, healing, hospitality, and light across different biblical contexts. Strength for one’s days feels especially luminous beside an elderly woman whose worship has endured through decades. Flourishing here is deeper than ease. Anna’s life contains loss and longevity, hiddenness and public witness. Her richness appears as readiness: a soul seasoned enough to recognize the Messiah and generous enough to direct waiting people toward him.</w:t>
      </w:r>
    </w:p>
    <w:p>
      <w:pPr>
        <w:pStyle w:val="Heading2"/>
      </w:pPr>
      <w:r>
        <w:t>Beloved Grace</w:t>
      </w:r>
      <w:r>
        <w:br/>
      </w:r>
    </w:p>
    <w:p>
      <w:pPr/>
      <w:r>
        <w:t>The phrase Beloved Grace is a devotional reading of Sherry-Ann. It gathers the warmth of endearment around Sherry and the history of grace and favor carried within Ann. The phrase is poetic rather than lexical proof. Its purpose is to name an atmosphere for formation: a life loved by God, sustained by grace, educated through prayer, disciplined in attention, and released toward service.</w:t>
      </w:r>
    </w:p>
    <w:p>
      <w:pPr/>
      <w:r>
        <w:t>That atmosphere has particular depth for a physician scientist. Medicine trains the eye to notice patterns that matter. Science asks questions that can survive examination. Cardiology listens to rhythm, measures pressure and flow, studies electrical signals, and attends to the living muscle that sends blood through the body. Scripture uses the heart differently, speaking of desire, courage, understanding, intention, devotion, and moral response. These meanings should remain distinct, yet their proximity creates a fertile field for reflection. The clinician attends to the physical heart with evidence, skill, and ethical responsibility. The believer attends to the biblical heart through prayer, Scripture, self-examination, community, repentance, and hope.</w:t>
      </w:r>
    </w:p>
    <w:p>
      <w:pPr>
        <w:pStyle w:val="Heading2"/>
      </w:pPr>
      <w:r>
        <w:t>The Discipline of Categories</w:t>
      </w:r>
      <w:r>
        <w:br/>
      </w:r>
    </w:p>
    <w:p>
      <w:pPr/>
      <w:r>
        <w:t>Intellectual rigor strengthens devotion when each claim is given its proper weight. The linguistic claim concerns the historical relationship among Hannah, Anna, Anne, and Ann. The biblical claims arise from the narratives in First Samuel and Luke, along with the ancestral blessings connected to Asher. The devotional claim draws a spiritual pattern from prayer, hearing, recognition, thanksgiving, proclamation, and stewardship. The personal claim asks how that pattern might illuminate one contemporary life. Keeping these categories visible allows wonder to breathe within honesty.</w:t>
      </w:r>
    </w:p>
    <w:p>
      <w:pPr/>
      <w:r>
        <w:t>The result is spacious rather than constraining. A name does not imprison its bearer within an interpretation. It can become a lamp held beside experience, illuminating possibilities without forcing conclusions. Hannah invites honest prayer and costly release. Samuel invites teachable hearing and patient maturation. Anna invites durable worship, timely recognition, gratitude, and responsible speech. Ann carries their linguistic echo into the present. Grace becomes the thread that joins reception to response.</w:t>
      </w:r>
    </w:p>
    <w:p>
      <w:pPr>
        <w:pStyle w:val="Heading2"/>
      </w:pPr>
      <w:r>
        <w:t>A Practice of Receiving</w:t>
      </w:r>
      <w:r>
        <w:br/>
      </w:r>
    </w:p>
    <w:p>
      <w:pPr/>
      <w:r>
        <w:t>Begin by writing the full name slowly. Notice the memories attached to each part: who chose it, who spoke it tenderly, where it appeared during turning points, and how its meaning has changed across time. Then write three separate sentences. In the first, record the linguistic fact that Ann belongs to the Hannah and Anna name family. In the second, name one biblical observation that draws your attention. In the third, offer one personal response as a prayer, keeping interpretation humble and concrete.</w:t>
      </w:r>
    </w:p>
    <w:p>
      <w:pPr/>
      <w:r>
        <w:t>Perhaps the response concerns bringing an unedited burden before God, as Hannah did. Perhaps it concerns learning to distinguish a call through repetition and counsel, as Samuel did. Perhaps it concerns becoming steady enough to recognize a holy moment after years of quiet practice, as Anna did. The value rests in the faithfulness of the response. Grace received becomes grace embodied through attention, courage, service, and speech that directs hope toward God.</w:t>
      </w:r>
    </w:p>
    <w:p>
      <w:pPr>
        <w:pStyle w:val="Heading2"/>
      </w:pPr>
      <w:r>
        <w:t>Benediction</w:t>
      </w:r>
      <w:r>
        <w:br/>
      </w:r>
    </w:p>
    <w:p>
      <w:pPr/>
      <w:r>
        <w:t>May the name carried in ordinary life become a gentle summons toward extraordinary faithfulness. May Hannah’s honesty deepen prayer, Samuel’s apprenticeship refine hearing, and Anna’s endurance train recognition. May knowledge remain disciplined, devotion remain humble, and personal meaning remain generous. May the physical heart receive wise care, the inner life receive truthful attention, and every gift entrusted to this life be carried with gratitude. Beloved grace: received without presumption, studied without fear, practiced without spectacle, and poured forward in service.</w:t>
      </w:r>
    </w:p>
    <w:p>
      <w:pPr>
        <w:pStyle w:val="Heading1"/>
      </w:pPr>
      <w:r>
        <w:t>2. Hannah: Grace on Her Knees</w:t>
      </w:r>
      <w:r>
        <w:br/>
      </w:r>
    </w:p>
    <w:p>
      <w:pPr>
        <w:pStyle w:val="Heading2"/>
      </w:pPr>
      <w:r>
        <w:t>The House on the Road to Shiloh</w:t>
      </w:r>
      <w:r>
        <w:br/>
      </w:r>
    </w:p>
    <w:p>
      <w:pPr/>
      <w:r>
        <w:t>Hannah’s story begins inside a household that travels faithfully and aches privately. Each year Elkanah goes from Ramah to Shiloh to worship and sacrifice, taking with him Peninnah, her sons and daughters, and Hannah, whom he loves. The journey follows the calendar of devotion, yet the repeated pilgrimage also exposes a repeated wound. Peninnah has children; Hannah does not. At the sacrificial meal Elkanah gives Hannah a special portion, an unmistakable sign of affection that cannot answer the sorrow she carries. Love is present, worship is practiced, food is set before her, and still she weeps. Scripture allows these realities to occupy the same table.</w:t>
      </w:r>
    </w:p>
    <w:p>
      <w:pPr/>
      <w:r>
        <w:t>Peninnah’s provocation makes the pain social as well as personal. The text says that her rival torments her severely, year after year, precisely when the family goes up to the house of the Lord. A place associated with communal joy becomes the setting in which Hannah’s exclusion feels sharpest. Infertility in her world bears physical, relational, cultural, and theological pressures; the narrative records the cruelty without endorsing the assumptions that often gather around suffering. Hannah’s childlessness is never presented as evidence of deficient character. Her grief deserves neither diagnosis from a distance nor reduction to a spiritual slogan.</w:t>
      </w:r>
    </w:p>
    <w:p>
      <w:pPr/>
      <w:r>
        <w:t>Elkanah sees her tears and asks why she does not eat, why her heart is sad, and whether he is not more to her than ten sons. His questions contain tenderness, bewilderment, and the limits of even sincere companionship. He offers love as generously as he knows how, but he cannot inhabit the exact shape of her longing. Sometimes a faithful companion can remain close without becoming the answer. Hannah receives no speech from Scripture explaining her pain. Instead, she rises. The decisive movement begins when anguish that has circulated around the family table is carried into the presence of God.</w:t>
      </w:r>
    </w:p>
    <w:p>
      <w:pPr>
        <w:pStyle w:val="Heading2"/>
      </w:pPr>
      <w:r>
        <w:t>Prayer Without Performance</w:t>
      </w:r>
      <w:r>
        <w:br/>
      </w:r>
    </w:p>
    <w:p>
      <w:pPr/>
      <w:r>
        <w:t>At Shiloh, Eli the priest sits beside the doorpost while Hannah prays with bitterness of soul and abundant tears. Her lips move, but her voice is inaudible. This detail gives her prayer an extraordinary interiority. She is not addressing the room, defending herself to Peninnah, or persuading Elkanah. The deepest speech occurs beyond public hearing. Her silence does not signal emptiness; it holds language too concentrated for display. She pours the pressure of years toward God until grief becomes petition.</w:t>
      </w:r>
    </w:p>
    <w:p>
      <w:pPr/>
      <w:r>
        <w:t>Eli watches her mouth and reaches the wrong conclusion. He assumes that she is drunk and rebukes her. The scene is painfully recognizable: a vulnerable person enters sacred space seeking mercy and is misread by its authorized guardian. Hannah has already borne provocation at home; now her devotion is mistaken for disorder. Yet she answers with remarkable self-possession. She calls Eli “my lord,” corrects the accusation, and names her condition: she is a woman deeply troubled who has poured out her soul before the Lord. Courtesy does not require her to accept a false interpretation. She speaks truth without surrendering dignity.</w:t>
      </w:r>
    </w:p>
    <w:p>
      <w:pPr/>
      <w:r>
        <w:t>Her description enlarges the grammar of prayer. To pour out the soul is to bring interior reality before God without first making it respectable. Hannah’s prayer includes sorrow, desire, complaint, hope, and a vow. Faith here is not emotional anesthesia. It is the courage to direct the whole self toward the One who can receive what no human listener fully comprehends. Her honesty does not diminish reverence; it gives reverence substance. She entrusts God with the unedited life.</w:t>
      </w:r>
    </w:p>
    <w:p>
      <w:pPr>
        <w:pStyle w:val="Heading2"/>
      </w:pPr>
      <w:r>
        <w:t>A Vow and Its Boundaries</w:t>
      </w:r>
      <w:r>
        <w:br/>
      </w:r>
    </w:p>
    <w:p>
      <w:pPr/>
      <w:r>
        <w:t>Hannah asks for a son and vows that, if given a child, she will give him to the Lord all his days, with a sign of lifelong consecration. The vow belongs to her particular story within Israel’s covenantal world. It should not be turned into a formula by which suffering people bargain for divine favor. Scripture reports a singular promise made under profound distress and then traces the integrity with which Hannah keeps it. The devotional force lies less in copying her terms than in examining whether desire has become possessive. She longs fiercely, yet she imagines the gift as entrusted rather than owned.</w:t>
      </w:r>
    </w:p>
    <w:p>
      <w:pPr/>
      <w:r>
        <w:t>Eli, now corrected, answers with peace and a blessing: may the God of Israel grant her petition. He does not know its contents, and his words do not function as a mechanical guarantee. They nevertheless become a human benediction after human misunderstanding. Hannah leaves, eats, and her face is no longer downcast. Nothing visible has changed. Peninnah’s household remains full, her own arms remain empty, and the future remains undisclosed. What has changed is the location of the burden. Prayer has not erased desire; it has released Hannah from carrying desire alone.</w:t>
      </w:r>
    </w:p>
    <w:p>
      <w:pPr/>
      <w:r>
        <w:t>This alteration before the answer is one of the narrative’s quiet wonders. Spiritual peace need not mean certainty about an outcome. It may mean that honest petition has restored the capacity to receive the next meal, make the journey home, and inhabit the present hour. Hannah’s countenance becomes evidence of an interior reordering rather than a denial of unresolved circumstances. She has been heard at the deepest level, even before she knows what form the response will take.</w:t>
      </w:r>
    </w:p>
    <w:p>
      <w:pPr>
        <w:pStyle w:val="Heading2"/>
      </w:pPr>
      <w:r>
        <w:t>Carrying Samuel</w:t>
      </w:r>
      <w:r>
        <w:br/>
      </w:r>
    </w:p>
    <w:p>
      <w:pPr/>
      <w:r>
        <w:t>In time Hannah conceives and bears a son. She names him Samuel, connecting his birth to her asking of the Lord. The name preserves prayer within memory. Every time she speaks it, the story of petition and reception sounds again. Yet Samuel is not merely a monument to answered longing. He is a child to be nursed, held, protected, taught, and gradually prepared for a future his mother cannot control. The miracle enters ordinary biology and daily care: feeding, waking, soothing, growing, and the intimate labor by which an infant becomes ready to stand beyond his mother’s arms.</w:t>
      </w:r>
    </w:p>
    <w:p>
      <w:pPr/>
      <w:r>
        <w:t>When Elkanah next goes to Shiloh, Hannah remains home until Samuel is weaned. Her delay is not evasion. She states her intention clearly: when the child is ready, she will bring him to appear before the Lord and remain there. Elkanah tells her to do what seems best and expresses hope that the Lord will establish the word. The nursing years form a hidden interval between promise and release. They teach that consecration does not make patient nurture unnecessary. A calling entrusted to the future still requires attentive care in the present.</w:t>
      </w:r>
    </w:p>
    <w:p>
      <w:pPr/>
      <w:r>
        <w:t>The biblical account does not romanticize the eventual journey. Hannah brings Samuel with sacrificial offerings, enters the house at Shiloh, and identifies herself to Eli as the woman who once stood there praying. Her testimony is precise: she prayed for this child, the Lord granted what she asked, and now she lends or gives him to the Lord for his lifetime. The sanctuary holds both versions of Hannah—the woman once emptied by longing and the mother now arriving with the child she must release. Fulfillment returns her to the place of anguish, transforming its meaning without erasing its history.</w:t>
      </w:r>
    </w:p>
    <w:p>
      <w:pPr>
        <w:pStyle w:val="Heading2"/>
      </w:pPr>
      <w:r>
        <w:t>The Costly Shape of Stewardship</w:t>
      </w:r>
      <w:r>
        <w:br/>
      </w:r>
    </w:p>
    <w:p>
      <w:pPr/>
      <w:r>
        <w:t>Hannah’s release is sometimes described too quickly, as though faith made separation effortless. The text gives no license for sentimentalizing the cost. She has carried Samuel in body, nourished him at her breast, learned his sounds, watched his first movements, and organized her days around his dependence. Her vow does not cancel maternal attachment. It gives attachment an altar. Stewardship becomes visible when love serves the beloved’s calling rather than treating closeness as permanent possession.</w:t>
      </w:r>
    </w:p>
    <w:p>
      <w:pPr/>
      <w:r>
        <w:t>Samuel remains at Shiloh under Eli’s care, while Hannah returns home. Their bond continues through a tender annual practice: each year she makes him a little robe and brings it when the family comes for the sacrifice. The garment quietly resists any interpretation of release as abandonment. She studies the growth of a body she does not see every day, measures in imagination, cuts cloth, stitches seams, and carries a robe sized for the son who is becoming. Her love travels through skilled hands. Distance becomes an occasion for faithful provision.</w:t>
      </w:r>
    </w:p>
    <w:p>
      <w:pPr/>
      <w:r>
        <w:t>The robe also gathers the book’s themes of formation and vocation. Before Samuel can bear the weight of prophetic speech, he is a child wearing something his mother made. Public calling rests upon hidden gifts, ordinary labor, and care that rarely enters the official record. Many lives are strengthened by people who will never stand beside them at every decisive hour. Teachers prepare lessons, clinicians review results, researchers refine methods, parents pray, mentors send counsel, and friends remember anniversaries of grief. Such work may appear small; its scale is measured by fidelity rather than spectacle.</w:t>
      </w:r>
    </w:p>
    <w:p>
      <w:pPr>
        <w:pStyle w:val="Heading2"/>
      </w:pPr>
      <w:r>
        <w:t>Hannah’s Song</w:t>
      </w:r>
      <w:r>
        <w:br/>
      </w:r>
    </w:p>
    <w:p>
      <w:pPr/>
      <w:r>
        <w:t>First Samuel does not leave Hannah with a private thank-you. Her prayer in the second chapter expands into a theological song of reversal. Her heart exults in the Lord; her strength is lifted in God. She celebrates divine holiness, knowledge, and judgment. Bows of warriors are broken while the feeble gain strength. The well-fed hire themselves out for bread while the hungry cease to hunger. The barren bears children, the poor are raised from dust, and human power is exposed as inadequate. Personal deliverance opens into a vision of God’s governance.</w:t>
      </w:r>
    </w:p>
    <w:p>
      <w:pPr/>
      <w:r>
        <w:t>The movement matters. Hannah does not announce that every faithful petition will receive her exact outcome. She interprets her experience within a larger confession: God sees beyond appearances, weighs actions, humbles pride, sustains the vulnerable, and overturns arrangements that seem immovable. Her song looks beyond domestic rivalry toward the moral architecture of history. It also anticipates later biblical songs, including Mary’s praise in Luke, where mercy and reversal again meet. A woman previously misunderstood in the sanctuary becomes one of Scripture’s commanding theologians in prayer.</w:t>
      </w:r>
    </w:p>
    <w:p>
      <w:pPr/>
      <w:r>
        <w:t>Hannah’s speech provides an ethical test for gratitude. Thanksgiving matures when blessing enlarges concern for people beyond the self. An answer received can produce entitlement, or it can sharpen recognition of hunger, weakness, poverty, and exclusion. Hannah’s praise takes the second path. The God who attended to her affliction is the God whose knowledge reaches every human boast and whose care raises those treated as insignificant. Gratitude becomes socially awake.</w:t>
      </w:r>
    </w:p>
    <w:p>
      <w:pPr>
        <w:pStyle w:val="Heading2"/>
      </w:pPr>
      <w:r>
        <w:t>Grace on Her Knees</w:t>
      </w:r>
      <w:r>
        <w:br/>
      </w:r>
    </w:p>
    <w:p>
      <w:pPr/>
      <w:r>
        <w:t>The linguistic history linking Hannah with Anna, Anne, and Ann makes grace and favor a fitting resonance around her name. The narrative itself gives that resonance flesh: grace does not spare Hannah from tears, rivalry, misjudgment, waiting, or costly obedience. It meets her within them. The name connection is historical; the interpretation offered here is devotional. It invites reflection on a life received as gift and returned through faithful service, while making no claim that a modern bearer of Ann inherits Hannah’s role or promises.</w:t>
      </w:r>
    </w:p>
    <w:p>
      <w:pPr/>
      <w:r>
        <w:t>Hannah’s posture suggests practices for any vocation shaped by responsibility. Name the burden before God with enough honesty that prayer becomes truthful. Refuse interpretations of suffering that demean the sufferer. Allow trustworthy blessing and wise companionship to steady the heart without forcing premature certainty. Attend patiently to what has been entrusted during hidden years. When the hour of release arrives, honor both the gift and its freedom. Continue love through concrete acts, like the robe carried yearly to Shiloh. Let gratitude widen into concern for the vulnerable.</w:t>
      </w:r>
    </w:p>
    <w:p>
      <w:pPr/>
      <w:r>
        <w:t>For the physician scientist, these practices can coexist with disciplined evidence and clinical judgment. Prayer does not replace diagnosis, treatment, research design, consent, or accountable collaboration. It can form the person who performs those tasks: deepening attention, exposing pride, sustaining compassion, and teaching endurance when outcomes remain uncertain. Hannah offers no shortcut around rigor. She offers a vision of interior truthfulness strong enough to accompany rigorous work.</w:t>
      </w:r>
    </w:p>
    <w:p>
      <w:pPr>
        <w:pStyle w:val="Heading2"/>
      </w:pPr>
      <w:r>
        <w:t>A Prayer of Carrying and Release</w:t>
      </w:r>
      <w:r>
        <w:br/>
      </w:r>
    </w:p>
    <w:p>
      <w:pPr/>
      <w:r>
        <w:t>Write two lists. On the first, name what you are carrying: a person, hope, unanswered question, responsibility, grief, discovery, or work whose future matters deeply. On the second, name what faithful release might require. Release may involve entrusting an outcome to God, allowing another person to mature beyond your direction, sharing knowledge, accepting counsel, or surrendering the need for recognition. Keep the lists together. Hannah’s story refuses to separate devoted care from open hands.</w:t>
      </w:r>
    </w:p>
    <w:p>
      <w:pPr/>
      <w:r>
        <w:t>Then choose one “little robe,” a practical act of love that can be completed without controlling the recipient: a careful note, a prepared resource, a meal, a referral, an introduction, an hour of intercession, a well-documented experiment, or a promise kept quietly. Let the act become material prayer. The garment does not pull Samuel back to Ramah. It equips him for the life unfolding at Shiloh.</w:t>
      </w:r>
    </w:p>
    <w:p>
      <w:pPr>
        <w:pStyle w:val="Heading2"/>
      </w:pPr>
      <w:r>
        <w:t>Benediction</w:t>
      </w:r>
      <w:r>
        <w:br/>
      </w:r>
    </w:p>
    <w:p>
      <w:pPr/>
      <w:r>
        <w:t>May the God who received Hannah’s unspoken words make room for the truth within you. May burdens become prayers, waiting become formation, and blessing enlarge your care for others. May you carry each entrusted gift with tenderness, release it with courage, and keep sewing love into useful forms. When answers come, may gratitude awaken justice; when uncertainty remains, may peace restore your capacity for the next faithful act. May grace meet you on your knees and raise you with a heart made spacious for service.</w:t>
      </w:r>
    </w:p>
    <w:p>
      <w:pPr>
        <w:pStyle w:val="Heading1"/>
      </w:pPr>
      <w:r>
        <w:t>3. When Prayer Carries a Future</w:t>
      </w:r>
    </w:p>
    <w:p>
      <w:pPr>
        <w:pStyle w:val="Heading2"/>
      </w:pPr>
      <w:r>
        <w:t>Threshold</w:t>
      </w:r>
    </w:p>
    <w:p>
      <w:r>
        <w:t>Grace has a quiet way of traveling. It passes through generations, languages, households, prayers, losses, hopes, and acts of surrender, gathering depth as it moves. In this movement, the central concern is prayer that prepares a future larger than the one praying.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r>
        <w:t>A calling can unfold like a river discovered in stages. One bend reveals prayer, another hearing, another recognition, and another the courage to speak with wisdom and tenderness. In this movement, the central concern is prayer that prepares a future larger than the one praying.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Grace gives the movement its atmosphere. Grace receives the unfinished person. Grace makes room for growth. Grace supports repentance, learning, endurance, and renewed effort. Grace turns outward as hospitality, patience, generosity, truthfulness, and hope offered to another person. Hope matures through practice. It learns to remain present in ambiguity, to honor evidence, to welcome counsel, and to keep the heart open to divine possibility. Mature hope carries both tenderness and strength because it has learned how to wait while preserving expectancy.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pPr>
        <w:pStyle w:val="Heading2"/>
      </w:pPr>
      <w:r>
        <w:t>Deepening</w:t>
      </w:r>
    </w:p>
    <w:p>
      <w:r>
        <w:t>The deepest discoveries often arrive with the softness of dawn. A familiar word becomes luminous, an old story opens a new room, and a name carried for years begins to sound different in the ear. In this movement, the central concern is prayer that prepares a future larger than the one praying.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Names can become mirrors for meditation. They gather memory and meaning, inviting a person to ask what kind of life would honor the finest possibilities carried by the name. The name then becomes a doorway into prayer and a summons toward faithful living.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Names can become mirrors for meditation. They gather memory and meaning, inviting a person to ask what kind of life would honor the finest possibilities carried by the name. The name then becomes a doorway into prayer and a summons toward faithful living.</w:t>
      </w:r>
    </w:p>
    <w:p>
      <w:r>
        <w:t>Some truths enter life as information and remain long enough to become invitation. They move from the page into imagination, from imagination into prayer, and from prayer into the choices that shape a life. In this movement, the central concern is prayer that prepares a future larger than the one praying.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pPr>
        <w:pStyle w:val="Heading2"/>
      </w:pPr>
      <w:r>
        <w:t>Biblical Resonance</w:t>
      </w:r>
    </w:p>
    <w:p>
      <w:r>
        <w:t>Scripture gathers immense meaning into small things: a name, a lamp, a doorway, a whispered answer, a woman waiting in worship, a child learning to listen. Small forms can carry expansive significance. In this movement, the central concern is prayer that prepares a future larger than the one praying.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pPr>
        <w:pStyle w:val="Heading2"/>
      </w:pPr>
      <w:r>
        <w:t>Practice</w:t>
      </w:r>
    </w:p>
    <w:p>
      <w:r>
        <w:t>Grace has a quiet way of traveling. It passes through generations, languages, households, prayers, losses, hopes, and acts of surrender, gathering depth as it moves. In this movement, the central concern is prayer that prepares a future larger than the one praying.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Hope matures through practice. It learns to remain present in ambiguity, to honor evidence, to welcome counsel, and to keep the heart open to divine possibility. Mature hope carries both tenderness and strength because it has learned how to wait while preserving expectancy. Hope matures through practice. It learns to remain present in ambiguity, to honor evidence, to welcome counsel, and to keep the heart open to divine possibility. Mature hope carries both tenderness and strength because it has learned how to wait while preserving expectancy. Hope matures through practice. It learns to remain present in ambiguity, to honor evidence, to welcome counsel, and to keep the heart open to divine possibility. Mature hope carries both tenderness and strength because it has learned how to wait while preserving expectancy. Hope matures through practice. It learns to remain present in ambiguity, to honor evidence, to welcome counsel, and to keep the heart open to divine possibility. Mature hope carries both tenderness and strength because it has learned how to wait while preserving expectancy. Choose one act of hidden faithfulness: prayer, generosity, study, service, reconciliation, hospitality, or rest. Practice it consistently for a week. Let the repetition train the heart in steadiness.</w:t>
      </w:r>
    </w:p>
    <w:p>
      <w:pPr>
        <w:pStyle w:val="Heading2"/>
      </w:pPr>
      <w:r>
        <w:t>Benediction</w:t>
      </w:r>
    </w:p>
    <w:p>
      <w:r>
        <w:t>A calling can unfold like a river discovered in stages. One bend reveals prayer, another hearing, another recognition, and another the courage to speak with wisdom and tenderness. In this movement, the central concern is prayer that prepares a future larger than the one praying.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May beloved grace become a way of living: received with humility, carried with courage, and poured forward for the good of others.</w:t>
      </w:r>
    </w:p>
    <w:p>
      <w:r>
        <w:br w:type="page"/>
      </w:r>
    </w:p>
    <w:p>
      <w:pPr>
        <w:pStyle w:val="Heading1"/>
      </w:pPr>
      <w:r>
        <w:t>4. Samuel: The Child Who Learned to Hear</w:t>
      </w:r>
    </w:p>
    <w:p>
      <w:pPr>
        <w:pStyle w:val="Heading2"/>
      </w:pPr>
      <w:r>
        <w:t>Threshold</w:t>
      </w:r>
    </w:p>
    <w:p>
      <w:r>
        <w:t>A calling can unfold like a river discovered in stages. One bend reveals prayer, another hearing, another recognition, and another the courage to speak with wisdom and tenderness. In this movement, the central concern is Samuel formation in listening.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r>
        <w:t>The deepest discoveries often arrive with the softness of dawn. A familiar word becomes luminous, an old story opens a new room, and a name carried for years begins to sound different in the ear. In this movement, the central concern is Samuel formation in listening.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pPr>
        <w:pStyle w:val="Heading2"/>
      </w:pPr>
      <w:r>
        <w:t>Deepening</w:t>
      </w:r>
    </w:p>
    <w:p>
      <w:r>
        <w:t>Some truths enter life as information and remain long enough to become invitation. They move from the page into imagination, from imagination into prayer, and from prayer into the choices that shape a life. In this movement, the central concern is Samuel formation in listening.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r>
        <w:t>Scripture gathers immense meaning into small things: a name, a lamp, a doorway, a whispered answer, a woman waiting in worship, a child learning to listen. Small forms can carry expansive significance. In this movement, the central concern is Samuel formation in listening.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Names can become mirrors for meditation. They gather memory and meaning, inviting a person to ask what kind of life would honor the finest possibilities carried by the name. The name then becomes a doorway into prayer and a summons toward faithful living.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pPr>
        <w:pStyle w:val="Heading2"/>
      </w:pPr>
      <w:r>
        <w:t>Biblical Resonance</w:t>
      </w:r>
    </w:p>
    <w:p>
      <w:r>
        <w:t>Grace has a quiet way of traveling. It passes through generations, languages, households, prayers, losses, hopes, and acts of surrender, gathering depth as it moves. In this movement, the central concern is Samuel formation in listening.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Hope matures through practice. It learns to remain present in ambiguity, to honor evidence, to welcome counsel, and to keep the heart open to divine possibility. Mature hope carries both tenderness and strength because it has learned how to wait while preserving expectancy.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Grace gives the movement its atmosphere. Grace receives the unfinished person. Grace makes room for growth. Grace supports repentance, learning, endurance, and renewed effort. Grace turns outward as hospitality, patience, generosity, truthfulness, and hope offered to another person.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pPr>
        <w:pStyle w:val="Heading2"/>
      </w:pPr>
      <w:r>
        <w:t>Practice</w:t>
      </w:r>
    </w:p>
    <w:p>
      <w:r>
        <w:t>A calling can unfold like a river discovered in stages. One bend reveals prayer, another hearing, another recognition, and another the courage to speak with wisdom and tenderness. In this movement, the central concern is Samuel formation in listening.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Practice thanksgiving before interpretation. Name three gifts already present in the situation. Gratitude steadies perception and creates room for wonder, humility, and wise response.</w:t>
      </w:r>
    </w:p>
    <w:p>
      <w:pPr>
        <w:pStyle w:val="Heading2"/>
      </w:pPr>
      <w:r>
        <w:t>Benediction</w:t>
      </w:r>
    </w:p>
    <w:p>
      <w:r>
        <w:t>The deepest discoveries often arrive with the softness of dawn. A familiar word becomes luminous, an old story opens a new room, and a name carried for years begins to sound different in the ear. In this movement, the central concern is Samuel formation in listening.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May grace become spacious within you. May prayer deepen your roots, hearing refine your attention, recognition brighten your eyes, and love govern every word you release.</w:t>
      </w:r>
    </w:p>
    <w:p>
      <w:r>
        <w:br w:type="page"/>
      </w:r>
    </w:p>
    <w:p>
      <w:pPr>
        <w:pStyle w:val="Heading1"/>
      </w:pPr>
      <w:r>
        <w:t>5. Speak, for Your Servant Hears</w:t>
      </w:r>
    </w:p>
    <w:p>
      <w:pPr>
        <w:pStyle w:val="Heading2"/>
      </w:pPr>
      <w:r>
        <w:t>Threshold</w:t>
      </w:r>
    </w:p>
    <w:p>
      <w:r>
        <w:t>The deepest discoveries often arrive with the softness of dawn. A familiar word becomes luminous, an old story opens a new room, and a name carried for years begins to sound different in the ear. In this movement, the central concern is readiness to receive divine instruction.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w:t>
      </w:r>
    </w:p>
    <w:p>
      <w:r>
        <w:t>Some truths enter life as information and remain long enough to become invitation. They move from the page into imagination, from imagination into prayer, and from prayer into the choices that shape a life. In this movement, the central concern is readiness to receive divine instruction.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pPr>
        <w:pStyle w:val="Heading2"/>
      </w:pPr>
      <w:r>
        <w:t>Deepening</w:t>
      </w:r>
    </w:p>
    <w:p>
      <w:r>
        <w:t>Scripture gathers immense meaning into small things: a name, a lamp, a doorway, a whispered answer, a woman waiting in worship, a child learning to listen. Small forms can carry expansive significance. In this movement, the central concern is readiness to receive divine instruction.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r>
        <w:t>Grace has a quiet way of traveling. It passes through generations, languages, households, prayers, losses, hopes, and acts of surrender, gathering depth as it moves. In this movement, the central concern is readiness to receive divine instruction.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Hope matures through practice. It learns to remain present in ambiguity, to honor evidence, to welcome counsel, and to keep the heart open to divine possibility. Mature hope carries both tenderness and strength because it has learned how to wait while preserving expectancy. Grace gives the movement its atmosphere. Grace receives the unfinished person. Grace makes room for growth. Grace supports repentance, learning, endurance, and renewed effort. Grace turns outward as hospitality, patience, generosity, truthfulness, and hope offered to another person.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pPr>
        <w:pStyle w:val="Heading2"/>
      </w:pPr>
      <w:r>
        <w:t>Biblical Resonance</w:t>
      </w:r>
    </w:p>
    <w:p>
      <w:r>
        <w:t>A calling can unfold like a river discovered in stages. One bend reveals prayer, another hearing, another recognition, and another the courage to speak with wisdom and tenderness. In this movement, the central concern is readiness to receive divine instruction.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pPr>
        <w:pStyle w:val="Heading2"/>
      </w:pPr>
      <w:r>
        <w:t>Practice</w:t>
      </w:r>
    </w:p>
    <w:p>
      <w:r>
        <w:t>The deepest discoveries often arrive with the softness of dawn. A familiar word becomes luminous, an old story opens a new room, and a name carried for years begins to sound different in the ear. In this movement, the central concern is readiness to receive divine instruction.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Invite trusted spiritual oversight into a significant impression. Share the impression, the relevant Scripture, the surrounding circumstances, and the fruit it is producing. Welcome time and wisdom as companions in discernment.</w:t>
      </w:r>
    </w:p>
    <w:p>
      <w:pPr>
        <w:pStyle w:val="Heading2"/>
      </w:pPr>
      <w:r>
        <w:t>Benediction</w:t>
      </w:r>
    </w:p>
    <w:p>
      <w:r>
        <w:t>Some truths enter life as information and remain long enough to become invitation. They move from the page into imagination, from imagination into prayer, and from prayer into the choices that shape a life. In this movement, the central concern is readiness to receive divine instruction.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May the God who met Hannah in prayer, called Samuel by name, and met Anna in the temple cultivate in you attentive devotion and generous hope.</w:t>
      </w:r>
    </w:p>
    <w:p>
      <w:r>
        <w:br w:type="page"/>
      </w:r>
    </w:p>
    <w:p>
      <w:pPr>
        <w:pStyle w:val="Heading1"/>
      </w:pPr>
      <w:r>
        <w:t>6. A Voice for a Generation</w:t>
      </w:r>
    </w:p>
    <w:p>
      <w:pPr>
        <w:pStyle w:val="Heading2"/>
      </w:pPr>
      <w:r>
        <w:t>Threshold</w:t>
      </w:r>
    </w:p>
    <w:p>
      <w:r>
        <w:t>Some truths enter life as information and remain long enough to become invitation. They move from the page into imagination, from imagination into prayer, and from prayer into the choices that shape a life. In this movement, the central concern is Samuel growth into prophetic service.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r>
        <w:t>Scripture gathers immense meaning into small things: a name, a lamp, a doorway, a whispered answer, a woman waiting in worship, a child learning to listen. Small forms can carry expansive significance. In this movement, the central concern is Samuel growth into prophetic service.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Names can become mirrors for meditation. They gather memory and meaning, inviting a person to ask what kind of life would honor the finest possibilities carried by the name. The name then becomes a doorway into prayer and a summons toward faithful living.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pPr>
        <w:pStyle w:val="Heading2"/>
      </w:pPr>
      <w:r>
        <w:t>Deepening</w:t>
      </w:r>
    </w:p>
    <w:p>
      <w:r>
        <w:t>Grace has a quiet way of traveling. It passes through generations, languages, households, prayers, losses, hopes, and acts of surrender, gathering depth as it moves. In this movement, the central concern is Samuel growth into prophetic service.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Hope matures through practice. It learns to remain present in ambiguity, to honor evidence, to welcome counsel, and to keep the heart open to divine possibility. Mature hope carries both tenderness and strength because it has learned how to wait while preserving expectancy.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Hope matures through practice. It learns to remain present in ambiguity, to honor evidence, to welcome counsel, and to keep the heart open to divine possibility. Mature hope carries both tenderness and strength because it has learned how to wait while preserving expectancy.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r>
        <w:t>A calling can unfold like a river discovered in stages. One bend reveals prayer, another hearing, another recognition, and another the courage to speak with wisdom and tenderness. In this movement, the central concern is Samuel growth into prophetic service.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pPr>
        <w:pStyle w:val="Heading2"/>
      </w:pPr>
      <w:r>
        <w:t>Biblical Resonance</w:t>
      </w:r>
    </w:p>
    <w:p>
      <w:r>
        <w:t>The deepest discoveries often arrive with the softness of dawn. A familiar word becomes luminous, an old story opens a new room, and a name carried for years begins to sound different in the ear. In this movement, the central concern is Samuel growth into prophetic service.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Hope matures through practice. It learns to remain present in ambiguity, to honor evidence, to welcome counsel, and to keep the heart open to divine possibility. Mature hope carries both tenderness and strength because it has learned how to wait while preserving expectancy.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pPr>
        <w:pStyle w:val="Heading2"/>
      </w:pPr>
      <w:r>
        <w:t>Practice</w:t>
      </w:r>
    </w:p>
    <w:p>
      <w:r>
        <w:t>Some truths enter life as information and remain long enough to become invitation. They move from the page into imagination, from imagination into prayer, and from prayer into the choices that shape a life. In this movement, the central concern is Samuel growth into prophetic service.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Names can become mirrors for meditation. They gather memory and meaning, inviting a person to ask what kind of life would honor the finest possibilities carried by the name. The name then becomes a doorway into prayer and a summons toward faithful living. Names can become mirrors for meditation. They gather memory and meaning, inviting a person to ask what kind of life would honor the finest possibilities carried by the name. The name then becomes a doorway into prayer and a summons toward faithful living. Names can become mirrors for meditation. They gather memory and meaning, inviting a person to ask what kind of life would honor the finest possibilities carried by the name. The name then becomes a doorway into prayer and a summons toward faithful living. Names can become mirrors for meditation. They gather memory and meaning, inviting a person to ask what kind of life would honor the finest possibilities carried by the name. The name then becomes a doorway into prayer and a summons toward faithful living. Use a simple rhythm of receive, reflect, respond. Receive through prayer and Scripture. Reflect through writing, study, and counsel. Respond through the smallest faithful action available. Then return to prayer and allow the cycle to deepen.</w:t>
      </w:r>
    </w:p>
    <w:p>
      <w:pPr>
        <w:pStyle w:val="Heading2"/>
      </w:pPr>
      <w:r>
        <w:t>Benediction</w:t>
      </w:r>
    </w:p>
    <w:p>
      <w:r>
        <w:t>Scripture gathers immense meaning into small things: a name, a lamp, a doorway, a whispered answer, a woman waiting in worship, a child learning to listen. Small forms can carry expansive significance. In this movement, the central concern is Samuel growth into prophetic service.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May hidden seasons grow deep roots. May appointed hours find you prepared. May thanksgiving rise quickly, and may your words carry healing, wisdom, and hope.</w:t>
      </w:r>
    </w:p>
    <w:p>
      <w:r>
        <w:br w:type="page"/>
      </w:r>
    </w:p>
    <w:p>
      <w:pPr>
        <w:pStyle w:val="Heading1"/>
      </w:pPr>
      <w:r>
        <w:t>7. Anna: Grace That Stayed</w:t>
      </w:r>
    </w:p>
    <w:p>
      <w:pPr>
        <w:pStyle w:val="Heading2"/>
      </w:pPr>
      <w:r>
        <w:t>Threshold</w:t>
      </w:r>
    </w:p>
    <w:p>
      <w:r>
        <w:t>Scripture gathers immense meaning into small things: a name, a lamp, a doorway, a whispered answer, a woman waiting in worship, a child learning to listen. Small forms can carry expansive significance. In this movement, the central concern is Anna long devotion in worship, fasting, and prayer.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r>
        <w:t>Grace has a quiet way of traveling. It passes through generations, languages, households, prayers, losses, hopes, and acts of surrender, gathering depth as it moves. In this movement, the central concern is Anna long devotion in worship, fasting, and prayer.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Hope matures through practice. It learns to remain present in ambiguity, to honor evidence, to welcome counsel, and to keep the heart open to divine possibility. Mature hope carries both tenderness and strength because it has learned how to wait while preserving expectancy.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Grace gives the movement its atmosphere. Grace receives the unfinished person. Grace makes room for growth. Grace supports repentance, learning, endurance, and renewed effort. Grace turns outward as hospitality, patience, generosity, truthfulness, and hope offered to another person.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pPr>
        <w:pStyle w:val="Heading2"/>
      </w:pPr>
      <w:r>
        <w:t>Deepening</w:t>
      </w:r>
    </w:p>
    <w:p>
      <w:r>
        <w:t>A calling can unfold like a river discovered in stages. One bend reveals prayer, another hearing, another recognition, and another the courage to speak with wisdom and tenderness. In this movement, the central concern is Anna long devotion in worship, fasting, and prayer.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r>
        <w:t>The deepest discoveries often arrive with the softness of dawn. A familiar word becomes luminous, an old story opens a new room, and a name carried for years begins to sound different in the ear. In this movement, the central concern is Anna long devotion in worship, fasting, and prayer.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pPr>
        <w:pStyle w:val="Heading2"/>
      </w:pPr>
      <w:r>
        <w:t>Biblical Resonance</w:t>
      </w:r>
    </w:p>
    <w:p>
      <w:r>
        <w:t>Some truths enter life as information and remain long enough to become invitation. They move from the page into imagination, from imagination into prayer, and from prayer into the choices that shape a life. In this movement, the central concern is Anna long devotion in worship, fasting, and prayer.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Names can become mirrors for meditation. They gather memory and meaning, inviting a person to ask what kind of life would honor the finest possibilities carried by the name. The name then becomes a doorway into prayer and a summons toward faithful living.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pPr>
        <w:pStyle w:val="Heading2"/>
      </w:pPr>
      <w:r>
        <w:t>Practice</w:t>
      </w:r>
    </w:p>
    <w:p>
      <w:r>
        <w:t>Scripture gathers immense meaning into small things: a name, a lamp, a doorway, a whispered answer, a woman waiting in worship, a child learning to listen. Small forms can carry expansive significance. In this movement, the central concern is Anna long devotion in worship, fasting, and prayer.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Read the relevant biblical passage slowly. Write one sentence about what draws your attention, one sentence about what it reveals about God, and one sentence about the response it invites. Return to those sentences after a day and observe what has deepened.</w:t>
      </w:r>
    </w:p>
    <w:p>
      <w:pPr>
        <w:pStyle w:val="Heading2"/>
      </w:pPr>
      <w:r>
        <w:t>Benediction</w:t>
      </w:r>
    </w:p>
    <w:p>
      <w:r>
        <w:t>Grace has a quiet way of traveling. It passes through generations, languages, households, prayers, losses, hopes, and acts of surrender, gathering depth as it moves. In this movement, the central concern is Anna long devotion in worship, fasting, and prayer.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May beloved grace become a way of living: received with humility, carried with courage, and poured forward for the good of others.</w:t>
      </w:r>
    </w:p>
    <w:p>
      <w:r>
        <w:br w:type="page"/>
      </w:r>
    </w:p>
    <w:p>
      <w:pPr>
        <w:pStyle w:val="Heading1"/>
      </w:pPr>
      <w:r>
        <w:t>8. The Prophetess of Asher</w:t>
      </w:r>
    </w:p>
    <w:p>
      <w:pPr>
        <w:pStyle w:val="Heading2"/>
      </w:pPr>
      <w:r>
        <w:t>Threshold</w:t>
      </w:r>
    </w:p>
    <w:p>
      <w:r>
        <w:t>Grace has a quiet way of traveling. It passes through generations, languages, households, prayers, losses, hopes, and acts of surrender, gathering depth as it moves. In this movement, the central concern is Anna identity within the tribe of Asher.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r>
        <w:t>A calling can unfold like a river discovered in stages. One bend reveals prayer, another hearing, another recognition, and another the courage to speak with wisdom and tenderness. In this movement, the central concern is Anna identity within the tribe of Asher.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pPr>
        <w:pStyle w:val="Heading2"/>
      </w:pPr>
      <w:r>
        <w:t>Deepening</w:t>
      </w:r>
    </w:p>
    <w:p>
      <w:r>
        <w:t>The deepest discoveries often arrive with the softness of dawn. A familiar word becomes luminous, an old story opens a new room, and a name carried for years begins to sound different in the ear. In this movement, the central concern is Anna identity within the tribe of Asher.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Grace gives the movement its atmosphere. Grace receives the unfinished person. Grace makes room for growth. Grace supports repentance, learning, endurance, and renewed effort. Grace turns outward as hospitality, patience, generosity, truthfulness, and hope offered to another person.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r>
        <w:t>Some truths enter life as information and remain long enough to become invitation. They move from the page into imagination, from imagination into prayer, and from prayer into the choices that shape a life. In this movement, the central concern is Anna identity within the tribe of Asher.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Names can become mirrors for meditation. They gather memory and meaning, inviting a person to ask what kind of life would honor the finest possibilities carried by the name. The name then becomes a doorway into prayer and a summons toward faithful living.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Names can become mirrors for meditation. They gather memory and meaning, inviting a person to ask what kind of life would honor the finest possibilities carried by the name. The name then becomes a doorway into prayer and a summons toward faithful living.</w:t>
      </w:r>
    </w:p>
    <w:p>
      <w:pPr>
        <w:pStyle w:val="Heading2"/>
      </w:pPr>
      <w:r>
        <w:t>Biblical Resonance</w:t>
      </w:r>
    </w:p>
    <w:p>
      <w:r>
        <w:t>Scripture gathers immense meaning into small things: a name, a lamp, a doorway, a whispered answer, a woman waiting in worship, a child learning to listen. Small forms can carry expansive significance. In this movement, the central concern is Anna identity within the tribe of Asher.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Hope matures through practice. It learns to remain present in ambiguity, to honor evidence, to welcome counsel, and to keep the heart open to divine possibility. Mature hope carries both tenderness and strength because it has learned how to wait while preserving expectancy.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pPr>
        <w:pStyle w:val="Heading2"/>
      </w:pPr>
      <w:r>
        <w:t>Practice</w:t>
      </w:r>
    </w:p>
    <w:p>
      <w:r>
        <w:t>Grace has a quiet way of traveling. It passes through generations, languages, households, prayers, losses, hopes, and acts of surrender, gathering depth as it moves. In this movement, the central concern is Anna identity within the tribe of Asher.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Keep a listening journal for seven days. Record Scripture passages, recurring themes, wise counsel, circumstances, and inner impressions that seem significant. Review the entries together so that patterns can emerge through patient reflection.</w:t>
      </w:r>
    </w:p>
    <w:p>
      <w:pPr>
        <w:pStyle w:val="Heading2"/>
      </w:pPr>
      <w:r>
        <w:t>Benediction</w:t>
      </w:r>
    </w:p>
    <w:p>
      <w:r>
        <w:t>A calling can unfold like a river discovered in stages. One bend reveals prayer, another hearing, another recognition, and another the courage to speak with wisdom and tenderness. In this movement, the central concern is Anna identity within the tribe of Asher.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May grace become spacious within you. May prayer deepen your roots, hearing refine your attention, recognition brighten your eyes, and love govern every word you release.</w:t>
      </w:r>
    </w:p>
    <w:p>
      <w:r>
        <w:br w:type="page"/>
      </w:r>
    </w:p>
    <w:p>
      <w:pPr>
        <w:pStyle w:val="Heading1"/>
      </w:pPr>
      <w:r>
        <w:t>9. The Hour She Recognized Him</w:t>
      </w:r>
    </w:p>
    <w:p>
      <w:pPr>
        <w:pStyle w:val="Heading2"/>
      </w:pPr>
      <w:r>
        <w:t>Threshold</w:t>
      </w:r>
    </w:p>
    <w:p>
      <w:r>
        <w:t>A calling can unfold like a river discovered in stages. One bend reveals prayer, another hearing, another recognition, and another the courage to speak with wisdom and tenderness. In this movement, the central concern is Anna recognition of Jesus.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r>
        <w:t>The deepest discoveries often arrive with the softness of dawn. A familiar word becomes luminous, an old story opens a new room, and a name carried for years begins to sound different in the ear. In this movement, the central concern is Anna recognition of Jesus.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pPr>
        <w:pStyle w:val="Heading2"/>
      </w:pPr>
      <w:r>
        <w:t>Deepening</w:t>
      </w:r>
    </w:p>
    <w:p>
      <w:r>
        <w:t>Some truths enter life as information and remain long enough to become invitation. They move from the page into imagination, from imagination into prayer, and from prayer into the choices that shape a life. In this movement, the central concern is Anna recognition of Jesus.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Names can become mirrors for meditation. They gather memory and meaning, inviting a person to ask what kind of life would honor the finest possibilities carried by the name. The name then becomes a doorway into prayer and a summons toward faithful living.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Names can become mirrors for meditation. They gather memory and meaning, inviting a person to ask what kind of life would honor the finest possibilities carried by the name. The name then becomes a doorway into prayer and a summons toward faithful living.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r>
        <w:t>Scripture gathers immense meaning into small things: a name, a lamp, a doorway, a whispered answer, a woman waiting in worship, a child learning to listen. Small forms can carry expansive significance. In this movement, the central concern is Anna recognition of Jesus.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Hope matures through practice. It learns to remain present in ambiguity, to honor evidence, to welcome counsel, and to keep the heart open to divine possibility. Mature hope carries both tenderness and strength because it has learned how to wait while preserving expectancy. Grace gives the movement its atmosphere. Grace receives the unfinished person. Grace makes room for growth. Grace supports repentance, learning, endurance, and renewed effort. Grace turns outward as hospitality, patience, generosity, truthfulness, and hope offered to another person.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pPr>
        <w:pStyle w:val="Heading2"/>
      </w:pPr>
      <w:r>
        <w:t>Biblical Resonance</w:t>
      </w:r>
    </w:p>
    <w:p>
      <w:r>
        <w:t>Grace has a quiet way of traveling. It passes through generations, languages, households, prayers, losses, hopes, and acts of surrender, gathering depth as it moves. In this movement, the central concern is Anna recognition of Jesus.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Names can become mirrors for meditation. They gather memory and meaning, inviting a person to ask what kind of life would honor the finest possibilities carried by the name. The name then becomes a doorway into prayer and a summons toward faithful living.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pPr>
        <w:pStyle w:val="Heading2"/>
      </w:pPr>
      <w:r>
        <w:t>Practice</w:t>
      </w:r>
    </w:p>
    <w:p>
      <w:r>
        <w:t>A calling can unfold like a river discovered in stages. One bend reveals prayer, another hearing, another recognition, and another the courage to speak with wisdom and tenderness. In this movement, the central concern is Anna recognition of Jesus.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Choose one act of hidden faithfulness: prayer, generosity, study, service, reconciliation, hospitality, or rest. Practice it consistently for a week. Let the repetition train the heart in steadiness.</w:t>
      </w:r>
    </w:p>
    <w:p>
      <w:pPr>
        <w:pStyle w:val="Heading2"/>
      </w:pPr>
      <w:r>
        <w:t>Benediction</w:t>
      </w:r>
    </w:p>
    <w:p>
      <w:r>
        <w:t>The deepest discoveries often arrive with the softness of dawn. A familiar word becomes luminous, an old story opens a new room, and a name carried for years begins to sound different in the ear. In this movement, the central concern is Anna recognition of Jesus.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May the God who met Hannah in prayer, called Samuel by name, and met Anna in the temple cultivate in you attentive devotion and generous hope.</w:t>
      </w:r>
    </w:p>
    <w:p>
      <w:r>
        <w:br w:type="page"/>
      </w:r>
    </w:p>
    <w:p>
      <w:pPr>
        <w:pStyle w:val="Heading1"/>
      </w:pPr>
      <w:r>
        <w:t>10. From Intercession to Proclamation</w:t>
      </w:r>
    </w:p>
    <w:p>
      <w:pPr>
        <w:pStyle w:val="Heading2"/>
      </w:pPr>
      <w:r>
        <w:t>Threshold</w:t>
      </w:r>
    </w:p>
    <w:p>
      <w:r>
        <w:t>The deepest discoveries often arrive with the softness of dawn. A familiar word becomes luminous, an old story opens a new room, and a name carried for years begins to sound different in the ear. In this movement, the central concern is the movement from hidden prayer into public witness.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r>
        <w:t>Some truths enter life as information and remain long enough to become invitation. They move from the page into imagination, from imagination into prayer, and from prayer into the choices that shape a life. In this movement, the central concern is the movement from hidden prayer into public witness.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Names can become mirrors for meditation. They gather memory and meaning, inviting a person to ask what kind of life would honor the finest possibilities carried by the name. The name then becomes a doorway into prayer and a summons toward faithful living.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Names can become mirrors for meditation. They gather memory and meaning, inviting a person to ask what kind of life would honor the finest possibilities carried by the name. The name then becomes a doorway into prayer and a summons toward faithful living.</w:t>
      </w:r>
    </w:p>
    <w:p>
      <w:pPr>
        <w:pStyle w:val="Heading2"/>
      </w:pPr>
      <w:r>
        <w:t>Deepening</w:t>
      </w:r>
    </w:p>
    <w:p>
      <w:r>
        <w:t>Scripture gathers immense meaning into small things: a name, a lamp, a doorway, a whispered answer, a woman waiting in worship, a child learning to listen. Small forms can carry expansive significance. In this movement, the central concern is the movement from hidden prayer into public witness.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r>
        <w:t>Grace has a quiet way of traveling. It passes through generations, languages, households, prayers, losses, hopes, and acts of surrender, gathering depth as it moves. In this movement, the central concern is the movement from hidden prayer into public witness.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pPr>
        <w:pStyle w:val="Heading2"/>
      </w:pPr>
      <w:r>
        <w:t>Biblical Resonance</w:t>
      </w:r>
    </w:p>
    <w:p>
      <w:r>
        <w:t>A calling can unfold like a river discovered in stages. One bend reveals prayer, another hearing, another recognition, and another the courage to speak with wisdom and tenderness. In this movement, the central concern is the movement from hidden prayer into public witness.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pPr>
        <w:pStyle w:val="Heading2"/>
      </w:pPr>
      <w:r>
        <w:t>Practice</w:t>
      </w:r>
    </w:p>
    <w:p>
      <w:r>
        <w:t>The deepest discoveries often arrive with the softness of dawn. A familiar word becomes luminous, an old story opens a new room, and a name carried for years begins to sound different in the ear. In this movement, the central concern is the movement from hidden prayer into public witness.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Practice thanksgiving before interpretation. Name three gifts already present in the situation. Gratitude steadies perception and creates room for wonder, humility, and wise response.</w:t>
      </w:r>
    </w:p>
    <w:p>
      <w:pPr>
        <w:pStyle w:val="Heading2"/>
      </w:pPr>
      <w:r>
        <w:t>Benediction</w:t>
      </w:r>
    </w:p>
    <w:p>
      <w:r>
        <w:t>Some truths enter life as information and remain long enough to become invitation. They move from the page into imagination, from imagination into prayer, and from prayer into the choices that shape a life. In this movement, the central concern is the movement from hidden prayer into public witness.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May hidden seasons grow deep roots. May appointed hours find you prepared. May thanksgiving rise quickly, and may your words carry healing, wisdom, and hope.</w:t>
      </w:r>
    </w:p>
    <w:p>
      <w:r>
        <w:br w:type="page"/>
      </w:r>
    </w:p>
    <w:p>
      <w:pPr>
        <w:pStyle w:val="Heading1"/>
      </w:pPr>
      <w:r>
        <w:t>11. Hannah, Anna, Ann</w:t>
      </w:r>
    </w:p>
    <w:p>
      <w:pPr>
        <w:pStyle w:val="Heading2"/>
      </w:pPr>
      <w:r>
        <w:t>Threshold</w:t>
      </w:r>
    </w:p>
    <w:p>
      <w:r>
        <w:t>Some truths enter life as information and remain long enough to become invitation. They move from the page into imagination, from imagination into prayer, and from prayer into the choices that shape a life. In this movement, the central concern is the linguistic journey from Hannah to Anna to Ann.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r>
        <w:t>Scripture gathers immense meaning into small things: a name, a lamp, a doorway, a whispered answer, a woman waiting in worship, a child learning to listen. Small forms can carry expansive significance. In this movement, the central concern is the linguistic journey from Hannah to Anna to Ann.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Grace gives the movement its atmosphere. Grace receives the unfinished person. Grace makes room for growth. Grace supports repentance, learning, endurance, and renewed effort. Grace turns outward as hospitality, patience, generosity, truthfulness, and hope offered to another person. Hope matures through practice. It learns to remain present in ambiguity, to honor evidence, to welcome counsel, and to keep the heart open to divine possibility. Mature hope carries both tenderness and strength because it has learned how to wait while preserving expectancy.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pPr>
        <w:pStyle w:val="Heading2"/>
      </w:pPr>
      <w:r>
        <w:t>Deepening</w:t>
      </w:r>
    </w:p>
    <w:p>
      <w:r>
        <w:t>Grace has a quiet way of traveling. It passes through generations, languages, households, prayers, losses, hopes, and acts of surrender, gathering depth as it moves. In this movement, the central concern is the linguistic journey from Hannah to Anna to Ann.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r>
        <w:t>A calling can unfold like a river discovered in stages. One bend reveals prayer, another hearing, another recognition, and another the courage to speak with wisdom and tenderness. In this movement, the central concern is the linguistic journey from Hannah to Anna to Ann.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pPr>
        <w:pStyle w:val="Heading2"/>
      </w:pPr>
      <w:r>
        <w:t>Biblical Resonance</w:t>
      </w:r>
    </w:p>
    <w:p>
      <w:r>
        <w:t>The deepest discoveries often arrive with the softness of dawn. A familiar word becomes luminous, an old story opens a new room, and a name carried for years begins to sound different in the ear. In this movement, the central concern is the linguistic journey from Hannah to Anna to Ann.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Names can become mirrors for meditation. They gather memory and meaning, inviting a person to ask what kind of life would honor the finest possibilities carried by the name. The name then becomes a doorway into prayer and a summons toward faithful living.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pPr>
        <w:pStyle w:val="Heading2"/>
      </w:pPr>
      <w:r>
        <w:t>Practice</w:t>
      </w:r>
    </w:p>
    <w:p>
      <w:r>
        <w:t>Some truths enter life as information and remain long enough to become invitation. They move from the page into imagination, from imagination into prayer, and from prayer into the choices that shape a life. In this movement, the central concern is the linguistic journey from Hannah to Anna to Ann.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Grace gives the movement its atmosphere. Grace receives the unfinished person. Grace makes room for growth. Grace supports repentance, learning, endurance, and renewed effort. Grace turns outward as hospitality, patience, generosity, truthfulness, and hope offered to another person. Grace gives the movement its atmosphere. Grace receives the unfinished person. Grace makes room for growth. Grace supports repentance, learning, endurance, and renewed effort. Grace turns outward as hospitality, patience, generosity, truthfulness, and hope offered to another person. Grace gives the movement its atmosphere. Grace receives the unfinished person. Grace makes room for growth. Grace supports repentance, learning, endurance, and renewed effort. Grace turns outward as hospitality, patience, generosity, truthfulness, and hope offered to another person. Grace gives the movement its atmosphere. Grace receives the unfinished person. Grace makes room for growth. Grace supports repentance, learning, endurance, and renewed effort. Grace turns outward as hospitality, patience, generosity, truthfulness, and hope offered to another person. Invite trusted spiritual oversight into a significant impression. Share the impression, the relevant Scripture, the surrounding circumstances, and the fruit it is producing. Welcome time and wisdom as companions in discernment.</w:t>
      </w:r>
    </w:p>
    <w:p>
      <w:pPr>
        <w:pStyle w:val="Heading2"/>
      </w:pPr>
      <w:r>
        <w:t>Benediction</w:t>
      </w:r>
    </w:p>
    <w:p>
      <w:r>
        <w:t>Scripture gathers immense meaning into small things: a name, a lamp, a doorway, a whispered answer, a woman waiting in worship, a child learning to listen. Small forms can carry expansive significance. In this movement, the central concern is the linguistic journey from Hannah to Anna to Ann.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May beloved grace become a way of living: received with humility, carried with courage, and poured forward for the good of others.</w:t>
      </w:r>
    </w:p>
    <w:p>
      <w:r>
        <w:br w:type="page"/>
      </w:r>
    </w:p>
    <w:p>
      <w:pPr>
        <w:pStyle w:val="Heading1"/>
      </w:pPr>
      <w:r>
        <w:t>12. Grace Has a Root</w:t>
      </w:r>
    </w:p>
    <w:p>
      <w:pPr>
        <w:pStyle w:val="Heading2"/>
      </w:pPr>
      <w:r>
        <w:t>Threshold</w:t>
      </w:r>
    </w:p>
    <w:p>
      <w:r>
        <w:t>Scripture gathers immense meaning into small things: a name, a lamp, a doorway, a whispered answer, a woman waiting in worship, a child learning to listen. Small forms can carry expansive significance. In this movement, the central concern is grace, favor, graciousness, and gift.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r>
        <w:t>Grace has a quiet way of traveling. It passes through generations, languages, households, prayers, losses, hopes, and acts of surrender, gathering depth as it moves. In this movement, the central concern is grace, favor, graciousness, and gift.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pPr>
        <w:pStyle w:val="Heading2"/>
      </w:pPr>
      <w:r>
        <w:t>Deepening</w:t>
      </w:r>
    </w:p>
    <w:p>
      <w:r>
        <w:t>A calling can unfold like a river discovered in stages. One bend reveals prayer, another hearing, another recognition, and another the courage to speak with wisdom and tenderness. In this movement, the central concern is grace, favor, graciousness, and gift.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Hope matures through practice. It learns to remain present in ambiguity, to honor evidence, to welcome counsel, and to keep the heart open to divine possibility. Mature hope carries both tenderness and strength because it has learned how to wait while preserving expectancy.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r>
        <w:t>The deepest discoveries often arrive with the softness of dawn. A familiar word becomes luminous, an old story opens a new room, and a name carried for years begins to sound different in the ear. In this movement, the central concern is grace, favor, graciousness, and gift.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Names can become mirrors for meditation. They gather memory and meaning, inviting a person to ask what kind of life would honor the finest possibilities carried by the name. The name then becomes a doorway into prayer and a summons toward faithful living.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pPr>
        <w:pStyle w:val="Heading2"/>
      </w:pPr>
      <w:r>
        <w:t>Biblical Resonance</w:t>
      </w:r>
    </w:p>
    <w:p>
      <w:r>
        <w:t>Some truths enter life as information and remain long enough to become invitation. They move from the page into imagination, from imagination into prayer, and from prayer into the choices that shape a life. In this movement, the central concern is grace, favor, graciousness, and gift.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Grace gives the movement its atmosphere. Grace receives the unfinished person. Grace makes room for growth. Grace supports repentance, learning, endurance, and renewed effort. Grace turns outward as hospitality, patience, generosity, truthfulness, and hope offered to another person.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pPr>
        <w:pStyle w:val="Heading2"/>
      </w:pPr>
      <w:r>
        <w:t>Practice</w:t>
      </w:r>
    </w:p>
    <w:p>
      <w:r>
        <w:t>Scripture gathers immense meaning into small things: a name, a lamp, a doorway, a whispered answer, a woman waiting in worship, a child learning to listen. Small forms can carry expansive significance. In this movement, the central concern is grace, favor, graciousness, and gift.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Use a simple rhythm of receive, reflect, respond. Receive through prayer and Scripture. Reflect through writing, study, and counsel. Respond through the smallest faithful action available. Then return to prayer and allow the cycle to deepen.</w:t>
      </w:r>
    </w:p>
    <w:p>
      <w:pPr>
        <w:pStyle w:val="Heading2"/>
      </w:pPr>
      <w:r>
        <w:t>Benediction</w:t>
      </w:r>
    </w:p>
    <w:p>
      <w:r>
        <w:t>Grace has a quiet way of traveling. It passes through generations, languages, households, prayers, losses, hopes, and acts of surrender, gathering depth as it moves. In this movement, the central concern is grace, favor, graciousness, and gift.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May grace become spacious within you. May prayer deepen your roots, hearing refine your attention, recognition brighten your eyes, and love govern every word you release.</w:t>
      </w:r>
    </w:p>
    <w:p>
      <w:r>
        <w:br w:type="page"/>
      </w:r>
    </w:p>
    <w:p>
      <w:pPr>
        <w:pStyle w:val="Heading1"/>
      </w:pPr>
      <w:r>
        <w:t>13. Beloved Grace</w:t>
      </w:r>
    </w:p>
    <w:p>
      <w:pPr>
        <w:pStyle w:val="Heading2"/>
      </w:pPr>
      <w:r>
        <w:t>Threshold</w:t>
      </w:r>
    </w:p>
    <w:p>
      <w:r>
        <w:t>Grace has a quiet way of traveling. It passes through generations, languages, households, prayers, losses, hopes, and acts of surrender, gathering depth as it moves. In this movement, the central concern is a devotional reading of the name Sherry-Ann.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r>
        <w:t>A calling can unfold like a river discovered in stages. One bend reveals prayer, another hearing, another recognition, and another the courage to speak with wisdom and tenderness. In this movement, the central concern is a devotional reading of the name Sherry-Ann.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pPr>
        <w:pStyle w:val="Heading2"/>
      </w:pPr>
      <w:r>
        <w:t>Deepening</w:t>
      </w:r>
    </w:p>
    <w:p>
      <w:r>
        <w:t>The deepest discoveries often arrive with the softness of dawn. A familiar word becomes luminous, an old story opens a new room, and a name carried for years begins to sound different in the ear. In this movement, the central concern is a devotional reading of the name Sherry-Ann.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r>
        <w:t>Some truths enter life as information and remain long enough to become invitation. They move from the page into imagination, from imagination into prayer, and from prayer into the choices that shape a life. In this movement, the central concern is a devotional reading of the name Sherry-Ann.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Grace gives the movement its atmosphere. Grace receives the unfinished person. Grace makes room for growth. Grace supports repentance, learning, endurance, and renewed effort. Grace turns outward as hospitality, patience, generosity, truthfulness, and hope offered to another person.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Hope matures through practice. It learns to remain present in ambiguity, to honor evidence, to welcome counsel, and to keep the heart open to divine possibility. Mature hope carries both tenderness and strength because it has learned how to wait while preserving expectancy.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pPr>
        <w:pStyle w:val="Heading2"/>
      </w:pPr>
      <w:r>
        <w:t>Biblical Resonance</w:t>
      </w:r>
    </w:p>
    <w:p>
      <w:r>
        <w:t>Scripture gathers immense meaning into small things: a name, a lamp, a doorway, a whispered answer, a woman waiting in worship, a child learning to listen. Small forms can carry expansive significance. In this movement, the central concern is a devotional reading of the name Sherry-Ann.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Names can become mirrors for meditation. They gather memory and meaning, inviting a person to ask what kind of life would honor the finest possibilities carried by the name. The name then becomes a doorway into prayer and a summons toward faithful living.</w:t>
      </w:r>
    </w:p>
    <w:p>
      <w:pPr>
        <w:pStyle w:val="Heading2"/>
      </w:pPr>
      <w:r>
        <w:t>Practice</w:t>
      </w:r>
    </w:p>
    <w:p>
      <w:r>
        <w:t>Grace has a quiet way of traveling. It passes through generations, languages, households, prayers, losses, hopes, and acts of surrender, gathering depth as it moves. In this movement, the central concern is a devotional reading of the name Sherry-Ann.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Read the relevant biblical passage slowly. Write one sentence about what draws your attention, one sentence about what it reveals about God, and one sentence about the response it invites. Return to those sentences after a day and observe what has deepened.</w:t>
      </w:r>
    </w:p>
    <w:p>
      <w:pPr>
        <w:pStyle w:val="Heading2"/>
      </w:pPr>
      <w:r>
        <w:t>Benediction</w:t>
      </w:r>
    </w:p>
    <w:p>
      <w:r>
        <w:t>A calling can unfold like a river discovered in stages. One bend reveals prayer, another hearing, another recognition, and another the courage to speak with wisdom and tenderness. In this movement, the central concern is a devotional reading of the name Sherry-Ann.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May the God who met Hannah in prayer, called Samuel by name, and met Anna in the temple cultivate in you attentive devotion and generous hope.</w:t>
      </w:r>
    </w:p>
    <w:p>
      <w:r>
        <w:br w:type="page"/>
      </w:r>
    </w:p>
    <w:p>
      <w:pPr>
        <w:pStyle w:val="Heading1"/>
      </w:pPr>
      <w:r>
        <w:t>14. The Physician and the Prophet</w:t>
      </w:r>
    </w:p>
    <w:p>
      <w:pPr>
        <w:pStyle w:val="Heading2"/>
      </w:pPr>
      <w:r>
        <w:t>Threshold</w:t>
      </w:r>
    </w:p>
    <w:p>
      <w:r>
        <w:t>A calling can unfold like a river discovered in stages. One bend reveals prayer, another hearing, another recognition, and another the courage to speak with wisdom and tenderness. In this movement, the central concern is disciplined inquiry, healing, and prophetic attentiveness.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r>
        <w:t>The deepest discoveries often arrive with the softness of dawn. A familiar word becomes luminous, an old story opens a new room, and a name carried for years begins to sound different in the ear. In this movement, the central concern is disciplined inquiry, healing, and prophetic attentiveness.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Names can become mirrors for meditation. They gather memory and meaning, inviting a person to ask what kind of life would honor the finest possibilities carried by the name. The name then becomes a doorway into prayer and a summons toward faithful living.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pPr>
        <w:pStyle w:val="Heading2"/>
      </w:pPr>
      <w:r>
        <w:t>Deepening</w:t>
      </w:r>
    </w:p>
    <w:p>
      <w:r>
        <w:t>Some truths enter life as information and remain long enough to become invitation. They move from the page into imagination, from imagination into prayer, and from prayer into the choices that shape a life. In this movement, the central concern is disciplined inquiry, healing, and prophetic attentiveness.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Grace gives the movement its atmosphere. Grace receives the unfinished person. Grace makes room for growth. Grace supports repentance, learning, endurance, and renewed effort. Grace turns outward as hospitality, patience, generosity, truthfulness, and hope offered to another person.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Grace gives the movement its atmosphere. Grace receives the unfinished person. Grace makes room for growth. Grace supports repentance, learning, endurance, and renewed effort. Grace turns outward as hospitality, patience, generosity, truthfulness, and hope offered to another person.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r>
        <w:t>Scripture gathers immense meaning into small things: a name, a lamp, a doorway, a whispered answer, a woman waiting in worship, a child learning to listen. Small forms can carry expansive significance. In this movement, the central concern is disciplined inquiry, healing, and prophetic attentiveness.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pPr>
        <w:pStyle w:val="Heading2"/>
      </w:pPr>
      <w:r>
        <w:t>Biblical Resonance</w:t>
      </w:r>
    </w:p>
    <w:p>
      <w:r>
        <w:t>Grace has a quiet way of traveling. It passes through generations, languages, households, prayers, losses, hopes, and acts of surrender, gathering depth as it moves. In this movement, the central concern is disciplined inquiry, healing, and prophetic attentiveness.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Grace gives the movement its atmosphere. Grace receives the unfinished person. Grace makes room for growth. Grace supports repentance, learning, endurance, and renewed effort. Grace turns outward as hospitality, patience, generosity, truthfulness, and hope offered to another person.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pPr>
        <w:pStyle w:val="Heading2"/>
      </w:pPr>
      <w:r>
        <w:t>Practice</w:t>
      </w:r>
    </w:p>
    <w:p>
      <w:r>
        <w:t>A calling can unfold like a river discovered in stages. One bend reveals prayer, another hearing, another recognition, and another the courage to speak with wisdom and tenderness. In this movement, the central concern is disciplined inquiry, healing, and prophetic attentiveness.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Keep a listening journal for seven days. Record Scripture passages, recurring themes, wise counsel, circumstances, and inner impressions that seem significant. Review the entries together so that patterns can emerge through patient reflection.</w:t>
      </w:r>
    </w:p>
    <w:p>
      <w:pPr>
        <w:pStyle w:val="Heading2"/>
      </w:pPr>
      <w:r>
        <w:t>Benediction</w:t>
      </w:r>
    </w:p>
    <w:p>
      <w:r>
        <w:t>The deepest discoveries often arrive with the softness of dawn. A familiar word becomes luminous, an old story opens a new room, and a name carried for years begins to sound different in the ear. In this movement, the central concern is disciplined inquiry, healing, and prophetic attentiveness.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May hidden seasons grow deep roots. May appointed hours find you prepared. May thanksgiving rise quickly, and may your words carry healing, wisdom, and hope.</w:t>
      </w:r>
    </w:p>
    <w:p>
      <w:r>
        <w:br w:type="page"/>
      </w:r>
    </w:p>
    <w:p>
      <w:pPr>
        <w:pStyle w:val="Heading1"/>
      </w:pPr>
      <w:r>
        <w:t>15. The Heart as a Meeting Place</w:t>
      </w:r>
    </w:p>
    <w:p>
      <w:pPr>
        <w:pStyle w:val="Heading2"/>
      </w:pPr>
      <w:r>
        <w:t>Threshold</w:t>
      </w:r>
    </w:p>
    <w:p>
      <w:r>
        <w:t>The deepest discoveries often arrive with the softness of dawn. A familiar word becomes luminous, an old story opens a new room, and a name carried for years begins to sound different in the ear. In this movement, the central concern is the physical heart and the biblical heart.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r>
        <w:t>Some truths enter life as information and remain long enough to become invitation. They move from the page into imagination, from imagination into prayer, and from prayer into the choices that shape a life. In this movement, the central concern is the physical heart and the biblical heart.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Grace gives the movement its atmosphere. Grace receives the unfinished person. Grace makes room for growth. Grace supports repentance, learning, endurance, and renewed effort. Grace turns outward as hospitality, patience, generosity, truthfulness, and hope offered to another person. Hope matures through practice. It learns to remain present in ambiguity, to honor evidence, to welcome counsel, and to keep the heart open to divine possibility. Mature hope carries both tenderness and strength because it has learned how to wait while preserving expectancy.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pPr>
        <w:pStyle w:val="Heading2"/>
      </w:pPr>
      <w:r>
        <w:t>Deepening</w:t>
      </w:r>
    </w:p>
    <w:p>
      <w:r>
        <w:t>Scripture gathers immense meaning into small things: a name, a lamp, a doorway, a whispered answer, a woman waiting in worship, a child learning to listen. Small forms can carry expansive significance. In this movement, the central concern is the physical heart and the biblical heart.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Names can become mirrors for meditation. They gather memory and meaning, inviting a person to ask what kind of life would honor the finest possibilities carried by the name. The name then becomes a doorway into prayer and a summons toward faithful living.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Names can become mirrors for meditation. They gather memory and meaning, inviting a person to ask what kind of life would honor the finest possibilities carried by the name. The name then becomes a doorway into prayer and a summons toward faithful living.</w:t>
      </w:r>
    </w:p>
    <w:p>
      <w:r>
        <w:t>Grace has a quiet way of traveling. It passes through generations, languages, households, prayers, losses, hopes, and acts of surrender, gathering depth as it moves. In this movement, the central concern is the physical heart and the biblical heart.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pPr>
        <w:pStyle w:val="Heading2"/>
      </w:pPr>
      <w:r>
        <w:t>Biblical Resonance</w:t>
      </w:r>
    </w:p>
    <w:p>
      <w:r>
        <w:t>A calling can unfold like a river discovered in stages. One bend reveals prayer, another hearing, another recognition, and another the courage to speak with wisdom and tenderness. In this movement, the central concern is the physical heart and the biblical heart.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pPr>
        <w:pStyle w:val="Heading2"/>
      </w:pPr>
      <w:r>
        <w:t>Practice</w:t>
      </w:r>
    </w:p>
    <w:p>
      <w:r>
        <w:t>The deepest discoveries often arrive with the softness of dawn. A familiar word becomes luminous, an old story opens a new room, and a name carried for years begins to sound different in the ear. In this movement, the central concern is the physical heart and the biblical heart.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Hope matures through practice. It learns to remain present in ambiguity, to honor evidence, to welcome counsel, and to keep the heart open to divine possibility. Mature hope carries both tenderness and strength because it has learned how to wait while preserving expectancy. Hope matures through practice. It learns to remain present in ambiguity, to honor evidence, to welcome counsel, and to keep the heart open to divine possibility. Mature hope carries both tenderness and strength because it has learned how to wait while preserving expectancy. Hope matures through practice. It learns to remain present in ambiguity, to honor evidence, to welcome counsel, and to keep the heart open to divine possibility. Mature hope carries both tenderness and strength because it has learned how to wait while preserving expectancy. Hope matures through practice. It learns to remain present in ambiguity, to honor evidence, to welcome counsel, and to keep the heart open to divine possibility. Mature hope carries both tenderness and strength because it has learned how to wait while preserving expectancy. Choose one act of hidden faithfulness: prayer, generosity, study, service, reconciliation, hospitality, or rest. Practice it consistently for a week. Let the repetition train the heart in steadiness.</w:t>
      </w:r>
    </w:p>
    <w:p>
      <w:pPr>
        <w:pStyle w:val="Heading2"/>
      </w:pPr>
      <w:r>
        <w:t>Benediction</w:t>
      </w:r>
    </w:p>
    <w:p>
      <w:r>
        <w:t>Some truths enter life as information and remain long enough to become invitation. They move from the page into imagination, from imagination into prayer, and from prayer into the choices that shape a life. In this movement, the central concern is the physical heart and the biblical heart.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May beloved grace become a way of living: received with humility, carried with courage, and poured forward for the good of others.</w:t>
      </w:r>
    </w:p>
    <w:p>
      <w:r>
        <w:br w:type="page"/>
      </w:r>
    </w:p>
    <w:p>
      <w:pPr>
        <w:pStyle w:val="Heading1"/>
      </w:pPr>
      <w:r>
        <w:t>16. Prayer That Births</w:t>
      </w:r>
    </w:p>
    <w:p>
      <w:pPr>
        <w:pStyle w:val="Heading2"/>
      </w:pPr>
      <w:r>
        <w:t>Threshold</w:t>
      </w:r>
    </w:p>
    <w:p>
      <w:r>
        <w:t>Some truths enter life as information and remain long enough to become invitation. They move from the page into imagination, from imagination into prayer, and from prayer into the choices that shape a life. In this movement, the central concern is Hannah pattern of prayer and release.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r>
        <w:t>Scripture gathers immense meaning into small things: a name, a lamp, a doorway, a whispered answer, a woman waiting in worship, a child learning to listen. Small forms can carry expansive significance. In this movement, the central concern is Hannah pattern of prayer and release.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pPr>
        <w:pStyle w:val="Heading2"/>
      </w:pPr>
      <w:r>
        <w:t>Deepening</w:t>
      </w:r>
    </w:p>
    <w:p>
      <w:r>
        <w:t>Grace has a quiet way of traveling. It passes through generations, languages, households, prayers, losses, hopes, and acts of surrender, gathering depth as it moves. In this movement, the central concern is Hannah pattern of prayer and release.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r>
        <w:t>A calling can unfold like a river discovered in stages. One bend reveals prayer, another hearing, another recognition, and another the courage to speak with wisdom and tenderness. In this movement, the central concern is Hannah pattern of prayer and release.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Names can become mirrors for meditation. They gather memory and meaning, inviting a person to ask what kind of life would honor the finest possibilities carried by the name. The name then becomes a doorway into prayer and a summons toward faithful living.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pPr>
        <w:pStyle w:val="Heading2"/>
      </w:pPr>
      <w:r>
        <w:t>Biblical Resonance</w:t>
      </w:r>
    </w:p>
    <w:p>
      <w:r>
        <w:t>The deepest discoveries often arrive with the softness of dawn. A familiar word becomes luminous, an old story opens a new room, and a name carried for years begins to sound different in the ear. In this movement, the central concern is Hannah pattern of prayer and release.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Hope matures through practice. It learns to remain present in ambiguity, to honor evidence, to welcome counsel, and to keep the heart open to divine possibility. Mature hope carries both tenderness and strength because it has learned how to wait while preserving expectancy.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Grace gives the movement its atmosphere. Grace receives the unfinished person. Grace makes room for growth. Grace supports repentance, learning, endurance, and renewed effort. Grace turns outward as hospitality, patience, generosity, truthfulness, and hope offered to another person.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pPr>
        <w:pStyle w:val="Heading2"/>
      </w:pPr>
      <w:r>
        <w:t>Practice</w:t>
      </w:r>
    </w:p>
    <w:p>
      <w:r>
        <w:t>Some truths enter life as information and remain long enough to become invitation. They move from the page into imagination, from imagination into prayer, and from prayer into the choices that shape a life. In this movement, the central concern is Hannah pattern of prayer and release.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Practice thanksgiving before interpretation. Name three gifts already present in the situation. Gratitude steadies perception and creates room for wonder, humility, and wise response.</w:t>
      </w:r>
    </w:p>
    <w:p>
      <w:pPr>
        <w:pStyle w:val="Heading2"/>
      </w:pPr>
      <w:r>
        <w:t>Benediction</w:t>
      </w:r>
    </w:p>
    <w:p>
      <w:r>
        <w:t>Scripture gathers immense meaning into small things: a name, a lamp, a doorway, a whispered answer, a woman waiting in worship, a child learning to listen. Small forms can carry expansive significance. In this movement, the central concern is Hannah pattern of prayer and release.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May grace become spacious within you. May prayer deepen your roots, hearing refine your attention, recognition brighten your eyes, and love govern every word you release.</w:t>
      </w:r>
    </w:p>
    <w:p>
      <w:r>
        <w:br w:type="page"/>
      </w:r>
    </w:p>
    <w:p>
      <w:pPr>
        <w:pStyle w:val="Heading1"/>
      </w:pPr>
      <w:r>
        <w:t>17. Hearing That Speaks</w:t>
      </w:r>
    </w:p>
    <w:p>
      <w:pPr>
        <w:pStyle w:val="Heading2"/>
      </w:pPr>
      <w:r>
        <w:t>Threshold</w:t>
      </w:r>
    </w:p>
    <w:p>
      <w:r>
        <w:t>Scripture gathers immense meaning into small things: a name, a lamp, a doorway, a whispered answer, a woman waiting in worship, a child learning to listen. Small forms can carry expansive significance. In this movement, the central concern is Samuel pattern of receiving before speaking.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w:t>
      </w:r>
    </w:p>
    <w:p>
      <w:r>
        <w:t>Grace has a quiet way of traveling. It passes through generations, languages, households, prayers, losses, hopes, and acts of surrender, gathering depth as it moves. In this movement, the central concern is Samuel pattern of receiving before speaking.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pPr>
        <w:pStyle w:val="Heading2"/>
      </w:pPr>
      <w:r>
        <w:t>Deepening</w:t>
      </w:r>
    </w:p>
    <w:p>
      <w:r>
        <w:t>A calling can unfold like a river discovered in stages. One bend reveals prayer, another hearing, another recognition, and another the courage to speak with wisdom and tenderness. In this movement, the central concern is Samuel pattern of receiving before speaking.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r>
        <w:t>The deepest discoveries often arrive with the softness of dawn. A familiar word becomes luminous, an old story opens a new room, and a name carried for years begins to sound different in the ear. In this movement, the central concern is Samuel pattern of receiving before speaking.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Hope matures through practice. It learns to remain present in ambiguity, to honor evidence, to welcome counsel, and to keep the heart open to divine possibility. Mature hope carries both tenderness and strength because it has learned how to wait while preserving expectancy. Grace gives the movement its atmosphere. Grace receives the unfinished person. Grace makes room for growth. Grace supports repentance, learning, endurance, and renewed effort. Grace turns outward as hospitality, patience, generosity, truthfulness, and hope offered to another person.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pPr>
        <w:pStyle w:val="Heading2"/>
      </w:pPr>
      <w:r>
        <w:t>Biblical Resonance</w:t>
      </w:r>
    </w:p>
    <w:p>
      <w:r>
        <w:t>Some truths enter life as information and remain long enough to become invitation. They move from the page into imagination, from imagination into prayer, and from prayer into the choices that shape a life. In this movement, the central concern is Samuel pattern of receiving before speaking.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pPr>
        <w:pStyle w:val="Heading2"/>
      </w:pPr>
      <w:r>
        <w:t>Practice</w:t>
      </w:r>
    </w:p>
    <w:p>
      <w:r>
        <w:t>Scripture gathers immense meaning into small things: a name, a lamp, a doorway, a whispered answer, a woman waiting in worship, a child learning to listen. Small forms can carry expansive significance. In this movement, the central concern is Samuel pattern of receiving before speaking.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Invite trusted spiritual oversight into a significant impression. Share the impression, the relevant Scripture, the surrounding circumstances, and the fruit it is producing. Welcome time and wisdom as companions in discernment.</w:t>
      </w:r>
    </w:p>
    <w:p>
      <w:pPr>
        <w:pStyle w:val="Heading2"/>
      </w:pPr>
      <w:r>
        <w:t>Benediction</w:t>
      </w:r>
    </w:p>
    <w:p>
      <w:r>
        <w:t>Grace has a quiet way of traveling. It passes through generations, languages, households, prayers, losses, hopes, and acts of surrender, gathering depth as it moves. In this movement, the central concern is Samuel pattern of receiving before speaking.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May the God who met Hannah in prayer, called Samuel by name, and met Anna in the temple cultivate in you attentive devotion and generous hope.</w:t>
      </w:r>
    </w:p>
    <w:p>
      <w:r>
        <w:br w:type="page"/>
      </w:r>
    </w:p>
    <w:p>
      <w:pPr>
        <w:pStyle w:val="Heading1"/>
      </w:pPr>
      <w:r>
        <w:t>18. Recognition That Proclaims</w:t>
      </w:r>
    </w:p>
    <w:p>
      <w:pPr>
        <w:pStyle w:val="Heading2"/>
      </w:pPr>
      <w:r>
        <w:t>Threshold</w:t>
      </w:r>
    </w:p>
    <w:p>
      <w:r>
        <w:t>Grace has a quiet way of traveling. It passes through generations, languages, households, prayers, losses, hopes, and acts of surrender, gathering depth as it moves. In this movement, the central concern is Anna pattern of seeing, thanking, and speaking.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r>
        <w:t>A calling can unfold like a river discovered in stages. One bend reveals prayer, another hearing, another recognition, and another the courage to speak with wisdom and tenderness. In this movement, the central concern is Anna pattern of seeing, thanking, and speaking.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Names can become mirrors for meditation. They gather memory and meaning, inviting a person to ask what kind of life would honor the finest possibilities carried by the name. The name then becomes a doorway into prayer and a summons toward faithful living.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pPr>
        <w:pStyle w:val="Heading2"/>
      </w:pPr>
      <w:r>
        <w:t>Deepening</w:t>
      </w:r>
    </w:p>
    <w:p>
      <w:r>
        <w:t>The deepest discoveries often arrive with the softness of dawn. A familiar word becomes luminous, an old story opens a new room, and a name carried for years begins to sound different in the ear. In this movement, the central concern is Anna pattern of seeing, thanking, and speaking.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Hope matures through practice. It learns to remain present in ambiguity, to honor evidence, to welcome counsel, and to keep the heart open to divine possibility. Mature hope carries both tenderness and strength because it has learned how to wait while preserving expectancy.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Hope matures through practice. It learns to remain present in ambiguity, to honor evidence, to welcome counsel, and to keep the heart open to divine possibility. Mature hope carries both tenderness and strength because it has learned how to wait while preserving expectancy.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r>
        <w:t>Some truths enter life as information and remain long enough to become invitation. They move from the page into imagination, from imagination into prayer, and from prayer into the choices that shape a life. In this movement, the central concern is Anna pattern of seeing, thanking, and speaking.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pPr>
        <w:pStyle w:val="Heading2"/>
      </w:pPr>
      <w:r>
        <w:t>Biblical Resonance</w:t>
      </w:r>
    </w:p>
    <w:p>
      <w:r>
        <w:t>Scripture gathers immense meaning into small things: a name, a lamp, a doorway, a whispered answer, a woman waiting in worship, a child learning to listen. Small forms can carry expansive significance. In this movement, the central concern is Anna pattern of seeing, thanking, and speaking.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Hope matures through practice. It learns to remain present in ambiguity, to honor evidence, to welcome counsel, and to keep the heart open to divine possibility. Mature hope carries both tenderness and strength because it has learned how to wait while preserving expectancy.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pPr>
        <w:pStyle w:val="Heading2"/>
      </w:pPr>
      <w:r>
        <w:t>Practice</w:t>
      </w:r>
    </w:p>
    <w:p>
      <w:r>
        <w:t>Grace has a quiet way of traveling. It passes through generations, languages, households, prayers, losses, hopes, and acts of surrender, gathering depth as it moves. In this movement, the central concern is Anna pattern of seeing, thanking, and speaking.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Names can become mirrors for meditation. They gather memory and meaning, inviting a person to ask what kind of life would honor the finest possibilities carried by the name. The name then becomes a doorway into prayer and a summons toward faithful living. Names can become mirrors for meditation. They gather memory and meaning, inviting a person to ask what kind of life would honor the finest possibilities carried by the name. The name then becomes a doorway into prayer and a summons toward faithful living. Names can become mirrors for meditation. They gather memory and meaning, inviting a person to ask what kind of life would honor the finest possibilities carried by the name. The name then becomes a doorway into prayer and a summons toward faithful living. Names can become mirrors for meditation. They gather memory and meaning, inviting a person to ask what kind of life would honor the finest possibilities carried by the name. The name then becomes a doorway into prayer and a summons toward faithful living. Use a simple rhythm of receive, reflect, respond. Receive through prayer and Scripture. Reflect through writing, study, and counsel. Respond through the smallest faithful action available. Then return to prayer and allow the cycle to deepen.</w:t>
      </w:r>
    </w:p>
    <w:p>
      <w:pPr>
        <w:pStyle w:val="Heading2"/>
      </w:pPr>
      <w:r>
        <w:t>Benediction</w:t>
      </w:r>
    </w:p>
    <w:p>
      <w:r>
        <w:t>A calling can unfold like a river discovered in stages. One bend reveals prayer, another hearing, another recognition, and another the courage to speak with wisdom and tenderness. In this movement, the central concern is Anna pattern of seeing, thanking, and speaking.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May hidden seasons grow deep roots. May appointed hours find you prepared. May thanksgiving rise quickly, and may your words carry healing, wisdom, and hope.</w:t>
      </w:r>
    </w:p>
    <w:p>
      <w:r>
        <w:br w:type="page"/>
      </w:r>
    </w:p>
    <w:p>
      <w:pPr>
        <w:pStyle w:val="Heading1"/>
      </w:pPr>
      <w:r>
        <w:t>19. Grace Across Generations</w:t>
      </w:r>
    </w:p>
    <w:p>
      <w:pPr>
        <w:pStyle w:val="Heading2"/>
      </w:pPr>
      <w:r>
        <w:t>Threshold</w:t>
      </w:r>
    </w:p>
    <w:p>
      <w:r>
        <w:t>A calling can unfold like a river discovered in stages. One bend reveals prayer, another hearing, another recognition, and another the courage to speak with wisdom and tenderness. In this movement, the central concern is spiritual inheritance carried through faithful lives.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r>
        <w:t>The deepest discoveries often arrive with the softness of dawn. A familiar word becomes luminous, an old story opens a new room, and a name carried for years begins to sound different in the ear. In this movement, the central concern is spiritual inheritance carried through faithful lives.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Hope matures through practice. It learns to remain present in ambiguity, to honor evidence, to welcome counsel, and to keep the heart open to divine possibility. Mature hope carries both tenderness and strength because it has learned how to wait while preserving expectancy.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Grace gives the movement its atmosphere. Grace receives the unfinished person. Grace makes room for growth. Grace supports repentance, learning, endurance, and renewed effort. Grace turns outward as hospitality, patience, generosity, truthfulness, and hope offered to another person.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pPr>
        <w:pStyle w:val="Heading2"/>
      </w:pPr>
      <w:r>
        <w:t>Deepening</w:t>
      </w:r>
    </w:p>
    <w:p>
      <w:r>
        <w:t>Some truths enter life as information and remain long enough to become invitation. They move from the page into imagination, from imagination into prayer, and from prayer into the choices that shape a life. In this movement, the central concern is spiritual inheritance carried through faithful lives.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r>
        <w:t>Scripture gathers immense meaning into small things: a name, a lamp, a doorway, a whispered answer, a woman waiting in worship, a child learning to listen. Small forms can carry expansive significance. In this movement, the central concern is spiritual inheritance carried through faithful lives.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pPr>
        <w:pStyle w:val="Heading2"/>
      </w:pPr>
      <w:r>
        <w:t>Biblical Resonance</w:t>
      </w:r>
    </w:p>
    <w:p>
      <w:r>
        <w:t>Grace has a quiet way of traveling. It passes through generations, languages, households, prayers, losses, hopes, and acts of surrender, gathering depth as it moves. In this movement, the central concern is spiritual inheritance carried through faithful lives.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Names can become mirrors for meditation. They gather memory and meaning, inviting a person to ask what kind of life would honor the finest possibilities carried by the name. The name then becomes a doorway into prayer and a summons toward faithful living.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pPr>
        <w:pStyle w:val="Heading2"/>
      </w:pPr>
      <w:r>
        <w:t>Practice</w:t>
      </w:r>
    </w:p>
    <w:p>
      <w:r>
        <w:t>A calling can unfold like a river discovered in stages. One bend reveals prayer, another hearing, another recognition, and another the courage to speak with wisdom and tenderness. In this movement, the central concern is spiritual inheritance carried through faithful lives.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Read the relevant biblical passage slowly. Write one sentence about what draws your attention, one sentence about what it reveals about God, and one sentence about the response it invites. Return to those sentences after a day and observe what has deepened.</w:t>
      </w:r>
    </w:p>
    <w:p>
      <w:pPr>
        <w:pStyle w:val="Heading2"/>
      </w:pPr>
      <w:r>
        <w:t>Benediction</w:t>
      </w:r>
    </w:p>
    <w:p>
      <w:r>
        <w:t>The deepest discoveries often arrive with the softness of dawn. A familiar word becomes luminous, an old story opens a new room, and a name carried for years begins to sound different in the ear. In this movement, the central concern is spiritual inheritance carried through faithful lives.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May beloved grace become a way of living: received with humility, carried with courage, and poured forward for the good of others.</w:t>
      </w:r>
    </w:p>
    <w:p>
      <w:r>
        <w:br w:type="page"/>
      </w:r>
    </w:p>
    <w:p>
      <w:pPr>
        <w:pStyle w:val="Heading1"/>
      </w:pPr>
      <w:r>
        <w:t>20. The Hidden Years</w:t>
      </w:r>
    </w:p>
    <w:p>
      <w:pPr>
        <w:pStyle w:val="Heading2"/>
      </w:pPr>
      <w:r>
        <w:t>Threshold</w:t>
      </w:r>
    </w:p>
    <w:p>
      <w:r>
        <w:t>The deepest discoveries often arrive with the softness of dawn. A familiar word becomes luminous, an old story opens a new room, and a name carried for years begins to sound different in the ear. In this movement, the central concern is formation through quiet seasons.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r>
        <w:t>Some truths enter life as information and remain long enough to become invitation. They move from the page into imagination, from imagination into prayer, and from prayer into the choices that shape a life. In this movement, the central concern is formation through quiet seasons.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pPr>
        <w:pStyle w:val="Heading2"/>
      </w:pPr>
      <w:r>
        <w:t>Deepening</w:t>
      </w:r>
    </w:p>
    <w:p>
      <w:r>
        <w:t>Scripture gathers immense meaning into small things: a name, a lamp, a doorway, a whispered answer, a woman waiting in worship, a child learning to listen. Small forms can carry expansive significance. In this movement, the central concern is formation through quiet seasons.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Grace gives the movement its atmosphere. Grace receives the unfinished person. Grace makes room for growth. Grace supports repentance, learning, endurance, and renewed effort. Grace turns outward as hospitality, patience, generosity, truthfulness, and hope offered to another person.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r>
        <w:t>Grace has a quiet way of traveling. It passes through generations, languages, households, prayers, losses, hopes, and acts of surrender, gathering depth as it moves. In this movement, the central concern is formation through quiet seasons.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Names can become mirrors for meditation. They gather memory and meaning, inviting a person to ask what kind of life would honor the finest possibilities carried by the name. The name then becomes a doorway into prayer and a summons toward faithful living.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Names can become mirrors for meditation. They gather memory and meaning, inviting a person to ask what kind of life would honor the finest possibilities carried by the name. The name then becomes a doorway into prayer and a summons toward faithful living.</w:t>
      </w:r>
    </w:p>
    <w:p>
      <w:pPr>
        <w:pStyle w:val="Heading2"/>
      </w:pPr>
      <w:r>
        <w:t>Biblical Resonance</w:t>
      </w:r>
    </w:p>
    <w:p>
      <w:r>
        <w:t>A calling can unfold like a river discovered in stages. One bend reveals prayer, another hearing, another recognition, and another the courage to speak with wisdom and tenderness. In this movement, the central concern is formation through quiet seasons.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Hope matures through practice. It learns to remain present in ambiguity, to honor evidence, to welcome counsel, and to keep the heart open to divine possibility. Mature hope carries both tenderness and strength because it has learned how to wait while preserving expectancy.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pPr>
        <w:pStyle w:val="Heading2"/>
      </w:pPr>
      <w:r>
        <w:t>Practice</w:t>
      </w:r>
    </w:p>
    <w:p>
      <w:r>
        <w:t>The deepest discoveries often arrive with the softness of dawn. A familiar word becomes luminous, an old story opens a new room, and a name carried for years begins to sound different in the ear. In this movement, the central concern is formation through quiet seasons.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Keep a listening journal for seven days. Record Scripture passages, recurring themes, wise counsel, circumstances, and inner impressions that seem significant. Review the entries together so that patterns can emerge through patient reflection.</w:t>
      </w:r>
    </w:p>
    <w:p>
      <w:pPr>
        <w:pStyle w:val="Heading2"/>
      </w:pPr>
      <w:r>
        <w:t>Benediction</w:t>
      </w:r>
    </w:p>
    <w:p>
      <w:r>
        <w:t>Some truths enter life as information and remain long enough to become invitation. They move from the page into imagination, from imagination into prayer, and from prayer into the choices that shape a life. In this movement, the central concern is formation through quiet seasons.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May grace become spacious within you. May prayer deepen your roots, hearing refine your attention, recognition brighten your eyes, and love govern every word you release.</w:t>
      </w:r>
    </w:p>
    <w:p>
      <w:r>
        <w:br w:type="page"/>
      </w:r>
    </w:p>
    <w:p>
      <w:pPr>
        <w:pStyle w:val="Heading1"/>
      </w:pPr>
      <w:r>
        <w:t>21. The Appointed Hour</w:t>
      </w:r>
    </w:p>
    <w:p>
      <w:pPr>
        <w:pStyle w:val="Heading2"/>
      </w:pPr>
      <w:r>
        <w:t>Threshold</w:t>
      </w:r>
    </w:p>
    <w:p>
      <w:r>
        <w:t>Some truths enter life as information and remain long enough to become invitation. They move from the page into imagination, from imagination into prayer, and from prayer into the choices that shape a life. In this movement, the central concern is readiness when preparation meets opportunity.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r>
        <w:t>Scripture gathers immense meaning into small things: a name, a lamp, a doorway, a whispered answer, a woman waiting in worship, a child learning to listen. Small forms can carry expansive significance. In this movement, the central concern is readiness when preparation meets opportunity.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pPr>
        <w:pStyle w:val="Heading2"/>
      </w:pPr>
      <w:r>
        <w:t>Deepening</w:t>
      </w:r>
    </w:p>
    <w:p>
      <w:r>
        <w:t>Grace has a quiet way of traveling. It passes through generations, languages, households, prayers, losses, hopes, and acts of surrender, gathering depth as it moves. In this movement, the central concern is readiness when preparation meets opportunity.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Names can become mirrors for meditation. They gather memory and meaning, inviting a person to ask what kind of life would honor the finest possibilities carried by the name. The name then becomes a doorway into prayer and a summons toward faithful living.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Names can become mirrors for meditation. They gather memory and meaning, inviting a person to ask what kind of life would honor the finest possibilities carried by the name. The name then becomes a doorway into prayer and a summons toward faithful living.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r>
        <w:t>A calling can unfold like a river discovered in stages. One bend reveals prayer, another hearing, another recognition, and another the courage to speak with wisdom and tenderness. In this movement, the central concern is readiness when preparation meets opportunity.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Hope matures through practice. It learns to remain present in ambiguity, to honor evidence, to welcome counsel, and to keep the heart open to divine possibility. Mature hope carries both tenderness and strength because it has learned how to wait while preserving expectancy. Grace gives the movement its atmosphere. Grace receives the unfinished person. Grace makes room for growth. Grace supports repentance, learning, endurance, and renewed effort. Grace turns outward as hospitality, patience, generosity, truthfulness, and hope offered to another person.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pPr>
        <w:pStyle w:val="Heading2"/>
      </w:pPr>
      <w:r>
        <w:t>Biblical Resonance</w:t>
      </w:r>
    </w:p>
    <w:p>
      <w:r>
        <w:t>The deepest discoveries often arrive with the softness of dawn. A familiar word becomes luminous, an old story opens a new room, and a name carried for years begins to sound different in the ear. In this movement, the central concern is readiness when preparation meets opportunity.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Names can become mirrors for meditation. They gather memory and meaning, inviting a person to ask what kind of life would honor the finest possibilities carried by the name. The name then becomes a doorway into prayer and a summons toward faithful living.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pPr>
        <w:pStyle w:val="Heading2"/>
      </w:pPr>
      <w:r>
        <w:t>Practice</w:t>
      </w:r>
    </w:p>
    <w:p>
      <w:r>
        <w:t>Some truths enter life as information and remain long enough to become invitation. They move from the page into imagination, from imagination into prayer, and from prayer into the choices that shape a life. In this movement, the central concern is readiness when preparation meets opportunity.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Choose one act of hidden faithfulness: prayer, generosity, study, service, reconciliation, hospitality, or rest. Practice it consistently for a week. Let the repetition train the heart in steadiness.</w:t>
      </w:r>
    </w:p>
    <w:p>
      <w:pPr>
        <w:pStyle w:val="Heading2"/>
      </w:pPr>
      <w:r>
        <w:t>Benediction</w:t>
      </w:r>
    </w:p>
    <w:p>
      <w:r>
        <w:t>Scripture gathers immense meaning into small things: a name, a lamp, a doorway, a whispered answer, a woman waiting in worship, a child learning to listen. Small forms can carry expansive significance. In this movement, the central concern is readiness when preparation meets opportunity.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May the God who met Hannah in prayer, called Samuel by name, and met Anna in the temple cultivate in you attentive devotion and generous hope.</w:t>
      </w:r>
    </w:p>
    <w:p>
      <w:r>
        <w:br w:type="page"/>
      </w:r>
    </w:p>
    <w:p>
      <w:pPr>
        <w:pStyle w:val="Heading1"/>
      </w:pPr>
      <w:r>
        <w:t>22. Stewarding a Prophetic Life</w:t>
      </w:r>
    </w:p>
    <w:p>
      <w:pPr>
        <w:pStyle w:val="Heading2"/>
      </w:pPr>
      <w:r>
        <w:t>Threshold</w:t>
      </w:r>
    </w:p>
    <w:p>
      <w:r>
        <w:t>Scripture gathers immense meaning into small things: a name, a lamp, a doorway, a whispered answer, a woman waiting in worship, a child learning to listen. Small forms can carry expansive significance. In this movement, the central concern is humility, discernment, accountability, prayer, and action.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r>
        <w:t>Grace has a quiet way of traveling. It passes through generations, languages, households, prayers, losses, hopes, and acts of surrender, gathering depth as it moves. In this movement, the central concern is humility, discernment, accountability, prayer, and action.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Names can become mirrors for meditation. They gather memory and meaning, inviting a person to ask what kind of life would honor the finest possibilities carried by the name. The name then becomes a doorway into prayer and a summons toward faithful living.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Names can become mirrors for meditation. They gather memory and meaning, inviting a person to ask what kind of life would honor the finest possibilities carried by the name. The name then becomes a doorway into prayer and a summons toward faithful living.</w:t>
      </w:r>
    </w:p>
    <w:p>
      <w:pPr>
        <w:pStyle w:val="Heading2"/>
      </w:pPr>
      <w:r>
        <w:t>Deepening</w:t>
      </w:r>
    </w:p>
    <w:p>
      <w:r>
        <w:t>A calling can unfold like a river discovered in stages. One bend reveals prayer, another hearing, another recognition, and another the courage to speak with wisdom and tenderness. In this movement, the central concern is humility, discernment, accountability, prayer, and action.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r>
        <w:t>The deepest discoveries often arrive with the softness of dawn. A familiar word becomes luminous, an old story opens a new room, and a name carried for years begins to sound different in the ear. In this movement, the central concern is humility, discernment, accountability, prayer, and action.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pPr>
        <w:pStyle w:val="Heading2"/>
      </w:pPr>
      <w:r>
        <w:t>Biblical Resonance</w:t>
      </w:r>
    </w:p>
    <w:p>
      <w:r>
        <w:t>Some truths enter life as information and remain long enough to become invitation. They move from the page into imagination, from imagination into prayer, and from prayer into the choices that shape a life. In this movement, the central concern is humility, discernment, accountability, prayer, and action.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pPr>
        <w:pStyle w:val="Heading2"/>
      </w:pPr>
      <w:r>
        <w:t>Practice</w:t>
      </w:r>
    </w:p>
    <w:p>
      <w:r>
        <w:t>Scripture gathers immense meaning into small things: a name, a lamp, a doorway, a whispered answer, a woman waiting in worship, a child learning to listen. Small forms can carry expansive significance. In this movement, the central concern is humility, discernment, accountability, prayer, and action.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Practice thanksgiving before interpretation. Name three gifts already present in the situation. Gratitude steadies perception and creates room for wonder, humility, and wise response.</w:t>
      </w:r>
    </w:p>
    <w:p>
      <w:pPr>
        <w:pStyle w:val="Heading2"/>
      </w:pPr>
      <w:r>
        <w:t>Benediction</w:t>
      </w:r>
    </w:p>
    <w:p>
      <w:r>
        <w:t>Grace has a quiet way of traveling. It passes through generations, languages, households, prayers, losses, hopes, and acts of surrender, gathering depth as it moves. In this movement, the central concern is humility, discernment, accountability, prayer, and action.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May hidden seasons grow deep roots. May appointed hours find you prepared. May thanksgiving rise quickly, and may your words carry healing, wisdom, and hope.</w:t>
      </w:r>
    </w:p>
    <w:p>
      <w:r>
        <w:br w:type="page"/>
      </w:r>
    </w:p>
    <w:p>
      <w:pPr>
        <w:pStyle w:val="Heading1"/>
      </w:pPr>
      <w:r>
        <w:t>23. The Name as Invitation</w:t>
      </w:r>
    </w:p>
    <w:p>
      <w:pPr>
        <w:pStyle w:val="Heading2"/>
      </w:pPr>
      <w:r>
        <w:t>Threshold</w:t>
      </w:r>
    </w:p>
    <w:p>
      <w:r>
        <w:t>Grace has a quiet way of traveling. It passes through generations, languages, households, prayers, losses, hopes, and acts of surrender, gathering depth as it moves. In this movement, the central concern is a meaningful name as an invitation to reflection.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w:t>
      </w:r>
    </w:p>
    <w:p>
      <w:r>
        <w:t>A calling can unfold like a river discovered in stages. One bend reveals prayer, another hearing, another recognition, and another the courage to speak with wisdom and tenderness. In this movement, the central concern is a meaningful name as an invitation to reflection.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Grace gives the movement its atmosphere. Grace receives the unfinished person. Grace makes room for growth. Grace supports repentance, learning, endurance, and renewed effort. Grace turns outward as hospitality, patience, generosity, truthfulness, and hope offered to another person. Hope matures through practice. It learns to remain present in ambiguity, to honor evidence, to welcome counsel, and to keep the heart open to divine possibility. Mature hope carries both tenderness and strength because it has learned how to wait while preserving expectancy.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w:t>
      </w:r>
    </w:p>
    <w:p>
      <w:pPr>
        <w:pStyle w:val="Heading2"/>
      </w:pPr>
      <w:r>
        <w:t>Deepening</w:t>
      </w:r>
    </w:p>
    <w:p>
      <w:r>
        <w:t>The deepest discoveries often arrive with the softness of dawn. A familiar word becomes luminous, an old story opens a new room, and a name carried for years begins to sound different in the ear. In this movement, the central concern is a meaningful name as an invitation to reflection.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r>
        <w:t>Some truths enter life as information and remain long enough to become invitation. They move from the page into imagination, from imagination into prayer, and from prayer into the choices that shape a life. In this movement, the central concern is a meaningful name as an invitation to reflection.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pPr>
        <w:pStyle w:val="Heading2"/>
      </w:pPr>
      <w:r>
        <w:t>Biblical Resonance</w:t>
      </w:r>
    </w:p>
    <w:p>
      <w:r>
        <w:t>Scripture gathers immense meaning into small things: a name, a lamp, a doorway, a whispered answer, a woman waiting in worship, a child learning to listen. Small forms can carry expansive significance. In this movement, the central concern is a meaningful name as an invitation to reflection.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Names can become mirrors for meditation. They gather memory and meaning, inviting a person to ask what kind of life would honor the finest possibilities carried by the name. The name then becomes a doorway into prayer and a summons toward faithful living.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pPr>
        <w:pStyle w:val="Heading2"/>
      </w:pPr>
      <w:r>
        <w:t>Practice</w:t>
      </w:r>
    </w:p>
    <w:p>
      <w:r>
        <w:t>Grace has a quiet way of traveling. It passes through generations, languages, households, prayers, losses, hopes, and acts of surrender, gathering depth as it moves. In this movement, the central concern is a meaningful name as an invitation to reflection.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Grace gives the movement its atmosphere. Grace receives the unfinished person. Grace makes room for growth. Grace supports repentance, learning, endurance, and renewed effort. Grace turns outward as hospitality, patience, generosity, truthfulness, and hope offered to another person. Grace gives the movement its atmosphere. Grace receives the unfinished person. Grace makes room for growth. Grace supports repentance, learning, endurance, and renewed effort. Grace turns outward as hospitality, patience, generosity, truthfulness, and hope offered to another person. Grace gives the movement its atmosphere. Grace receives the unfinished person. Grace makes room for growth. Grace supports repentance, learning, endurance, and renewed effort. Grace turns outward as hospitality, patience, generosity, truthfulness, and hope offered to another person. Grace gives the movement its atmosphere. Grace receives the unfinished person. Grace makes room for growth. Grace supports repentance, learning, endurance, and renewed effort. Grace turns outward as hospitality, patience, generosity, truthfulness, and hope offered to another person. Invite trusted spiritual oversight into a significant impression. Share the impression, the relevant Scripture, the surrounding circumstances, and the fruit it is producing. Welcome time and wisdom as companions in discernment.</w:t>
      </w:r>
    </w:p>
    <w:p>
      <w:pPr>
        <w:pStyle w:val="Heading2"/>
      </w:pPr>
      <w:r>
        <w:t>Benediction</w:t>
      </w:r>
    </w:p>
    <w:p>
      <w:r>
        <w:t>A calling can unfold like a river discovered in stages. One bend reveals prayer, another hearing, another recognition, and another the courage to speak with wisdom and tenderness. In this movement, the central concern is a meaningful name as an invitation to reflection.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May beloved grace become a way of living: received with humility, carried with courage, and poured forward for the good of others.</w:t>
      </w:r>
    </w:p>
    <w:p>
      <w:r>
        <w:br w:type="page"/>
      </w:r>
    </w:p>
    <w:p>
      <w:pPr>
        <w:pStyle w:val="Heading1"/>
      </w:pPr>
      <w:r>
        <w:t>24. Grace That Hears, Recognizes, and Speaks</w:t>
      </w:r>
    </w:p>
    <w:p>
      <w:pPr>
        <w:pStyle w:val="Heading2"/>
      </w:pPr>
      <w:r>
        <w:t>Threshold</w:t>
      </w:r>
    </w:p>
    <w:p>
      <w:r>
        <w:t>A calling can unfold like a river discovered in stages. One bend reveals prayer, another hearing, another recognition, and another the courage to speak with wisdom and tenderness. In this movement, the central concern is the integrated rhythm of prayer, hearing, recognition, and proclamation.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Grace gives the movement its atmosphere. Grace receives the unfinished person. Grace makes room for growth. Grace supports repentance, learning, endurance, and renewed effort. Grace turns outward as hospitality, patience, generosity, truthfulness, and hope offered to another person.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w:t>
      </w:r>
    </w:p>
    <w:p>
      <w:r>
        <w:t>The deepest discoveries often arrive with the softness of dawn. A familiar word becomes luminous, an old story opens a new room, and a name carried for years begins to sound different in the ear. In this movement, the central concern is the integrated rhythm of prayer, hearing, recognition, and proclamation.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w:t>
      </w:r>
    </w:p>
    <w:p>
      <w:pPr>
        <w:pStyle w:val="Heading2"/>
      </w:pPr>
      <w:r>
        <w:t>Deepening</w:t>
      </w:r>
    </w:p>
    <w:p>
      <w:r>
        <w:t>Some truths enter life as information and remain long enough to become invitation. They move from the page into imagination, from imagination into prayer, and from prayer into the choices that shape a life. In this movement, the central concern is the integrated rhythm of prayer, hearing, recognition, and proclamation.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Hope matures through practice. It learns to remain present in ambiguity, to honor evidence, to welcome counsel, and to keep the heart open to divine possibility. Mature hope carries both tenderness and strength because it has learned how to wait while preserving expectancy.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Hope matures through practice. It learns to remain present in ambiguity, to honor evidence, to welcome counsel, and to keep the heart open to divine possibility. Mature hope carries both tenderness and strength because it has learned how to wait while preserving expectancy.</w:t>
      </w:r>
    </w:p>
    <w:p>
      <w:r>
        <w:t>Scripture gathers immense meaning into small things: a name, a lamp, a doorway, a whispered answer, a woman waiting in worship, a child learning to listen. Small forms can carry expansive significance. In this movement, the central concern is the integrated rhythm of prayer, hearing, recognition, and proclamation.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Names can become mirrors for meditation. They gather memory and meaning, inviting a person to ask what kind of life would honor the finest possibilities carried by the name. The name then becomes a doorway into prayer and a summons toward faithful living.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w:t>
      </w:r>
    </w:p>
    <w:p>
      <w:pPr>
        <w:pStyle w:val="Heading2"/>
      </w:pPr>
      <w:r>
        <w:t>Biblical Resonance</w:t>
      </w:r>
    </w:p>
    <w:p>
      <w:r>
        <w:t>Grace has a quiet way of traveling. It passes through generations, languages, households, prayers, losses, hopes, and acts of surrender, gathering depth as it moves. In this movement, the central concern is the integrated rhythm of prayer, hearing, recognition, and proclamation.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Grace gives the movement its atmosphere. Grace receives the unfinished person. Grace makes room for growth. Grace supports repentance, learning, endurance, and renewed effort. Grace turns outward as hospitality, patience, generosity, truthfulness, and hope offered to another person.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w:t>
      </w:r>
    </w:p>
    <w:p>
      <w:pPr>
        <w:pStyle w:val="Heading2"/>
      </w:pPr>
      <w:r>
        <w:t>Practice</w:t>
      </w:r>
    </w:p>
    <w:p>
      <w:r>
        <w:t>A calling can unfold like a river discovered in stages. One bend reveals prayer, another hearing, another recognition, and another the courage to speak with wisdom and tenderness. In this movement, the central concern is the integrated rhythm of prayer, hearing, recognition, and proclamation.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Use a simple rhythm of receive, reflect, respond. Receive through prayer and Scripture. Reflect through writing, study, and counsel. Respond through the smallest faithful action available. Then return to prayer and allow the cycle to deepen.</w:t>
      </w:r>
    </w:p>
    <w:p>
      <w:pPr>
        <w:pStyle w:val="Heading2"/>
      </w:pPr>
      <w:r>
        <w:t>Benediction</w:t>
      </w:r>
    </w:p>
    <w:p>
      <w:r>
        <w:t>The deepest discoveries often arrive with the softness of dawn. A familiar word becomes luminous, an old story opens a new room, and a name carried for years begins to sound different in the ear. In this movement, the central concern is the integrated rhythm of prayer, hearing, recognition, and proclamation.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Hope matures through practice. It learns to remain present in ambiguity, to honor evidence, to welcome counsel, and to keep the heart open to divine possibility. Mature hope carries both tenderness and strength because it has learned how to wait while preserving expectancy.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May grace become spacious within you. May prayer deepen your roots, hearing refine your attention, recognition brighten your eyes, and love govern every word you release.</w:t>
      </w:r>
    </w:p>
    <w:p>
      <w:r>
        <w:br w:type="page"/>
      </w:r>
    </w:p>
    <w:p>
      <w:pPr>
        <w:pStyle w:val="Heading1"/>
      </w:pPr>
      <w:r>
        <w:t>25. A Life Poured Forward</w:t>
      </w:r>
    </w:p>
    <w:p>
      <w:pPr>
        <w:pStyle w:val="Heading2"/>
      </w:pPr>
      <w:r>
        <w:t>Threshold</w:t>
      </w:r>
    </w:p>
    <w:p>
      <w:r>
        <w:t>The deepest discoveries often arrive with the softness of dawn. A familiar word becomes luminous, an old story opens a new room, and a name carried for years begins to sound different in the ear. In this movement, the central concern is generosity, healing, courage, and hope for those who follow.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w:t>
      </w:r>
    </w:p>
    <w:p>
      <w:r>
        <w:t>Some truths enter life as information and remain long enough to become invitation. They move from the page into imagination, from imagination into prayer, and from prayer into the choices that shape a life. In this movement, the central concern is generosity, healing, courage, and hope for those who follow.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The sacred often arrives clothed in the ordinary. A temple visit, a child’s question, a medical encounter, a quiet morning, a repeated passage of Scripture, or a conversation can become the place where meaning gathers. Readiness grows through honoring the ordinary places in which life is actually lived.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w:t>
      </w:r>
    </w:p>
    <w:p>
      <w:pPr>
        <w:pStyle w:val="Heading2"/>
      </w:pPr>
      <w:r>
        <w:t>Deepening</w:t>
      </w:r>
    </w:p>
    <w:p>
      <w:r>
        <w:t>Scripture gathers immense meaning into small things: a name, a lamp, a doorway, a whispered answer, a woman waiting in worship, a child learning to listen. Small forms can carry expansive significance. In this movement, the central concern is generosity, healing, courage, and hope for those who follow.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w:t>
      </w:r>
    </w:p>
    <w:p>
      <w:r>
        <w:t>Grace has a quiet way of traveling. It passes through generations, languages, households, prayers, losses, hopes, and acts of surrender, gathering depth as it moves. In this movement, the central concern is generosity, healing, courage, and hope for those who follow.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Grace gives the movement its atmosphere. Grace receives the unfinished person. Grace makes room for growth. Grace supports repentance, learning, endurance, and renewed effort. Grace turns outward as hospitality, patience, generosity, truthfulness, and hope offered to another person.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Hope matures through practice. It learns to remain present in ambiguity, to honor evidence, to welcome counsel, and to keep the heart open to divine possibility. Mature hope carries both tenderness and strength because it has learned how to wait while preserving expectancy. Grace gives the movement its atmosphere. Grace receives the unfinished person. Grace makes room for growth. Grace supports repentance, learning, endurance, and renewed effort. Grace turns outward as hospitality, patience, generosity, truthfulness, and hope offered to another person.</w:t>
      </w:r>
    </w:p>
    <w:p>
      <w:pPr>
        <w:pStyle w:val="Heading2"/>
      </w:pPr>
      <w:r>
        <w:t>Biblical Resonance</w:t>
      </w:r>
    </w:p>
    <w:p>
      <w:r>
        <w:t>A calling can unfold like a river discovered in stages. One bend reveals prayer, another hearing, another recognition, and another the courage to speak with wisdom and tenderness. In this movement, the central concern is generosity, healing, courage, and hope for those who follow.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For people whose work requires disciplined thought, the pattern carries special beauty. Intellectual rigor and spiritual attentiveness can share a table. Careful evidence, ethical responsibility, prayerful discernment, and compassionate presence can strengthen one another when each is practiced with humility.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Names can become mirrors for meditation. They gather memory and meaning, inviting a person to ask what kind of life would honor the finest possibilities carried by the name. The name then becomes a doorway into prayer and a summons toward faithful living.</w:t>
      </w:r>
    </w:p>
    <w:p>
      <w:pPr>
        <w:pStyle w:val="Heading2"/>
      </w:pPr>
      <w:r>
        <w:t>Practice</w:t>
      </w:r>
    </w:p>
    <w:p>
      <w:r>
        <w:t>The deepest discoveries often arrive with the softness of dawn. A familiar word becomes luminous, an old story opens a new room, and a name carried for years begins to sound different in the ear. In this movement, the central concern is generosity, healing, courage, and hope for those who follow. Hannah gives the story its first movement: prayer poured out with unusual honesty. Her longing enters the sanctuary and becomes language before God. Samuel gives the story its second movement: hearing cultivated through attention. Anna gives the story its third movement: recognition ripened through years of devotion and released through thanksgiving and speech.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Read the relevant biblical passage slowly. Write one sentence about what draws your attention, one sentence about what it reveals about God, and one sentence about the response it invites. Return to those sentences after a day and observe what has deepened.</w:t>
      </w:r>
    </w:p>
    <w:p>
      <w:pPr>
        <w:pStyle w:val="Heading2"/>
      </w:pPr>
      <w:r>
        <w:t>Benediction</w:t>
      </w:r>
    </w:p>
    <w:p>
      <w:r>
        <w:t>Some truths enter life as information and remain long enough to become invitation. They move from the page into imagination, from imagination into prayer, and from prayer into the choices that shape a life. In this movement, the central concern is generosity, healing, courage, and hope for those who follow. The linguistic thread is genuine. Hannah is the Hebrew name, Anna is its Greek form, and Ann developed within the later European and English name family. The ancient association with grace and favor therefore travels through the forms. The spiritual interpretation built around that fact is devotional: a way of allowing language and Scripture to illuminate a life of prayer. Attention is a form of stewardship. What receives sustained attention begins to shape imagination, language, and action. Prayer becomes a school for perception. Scripture becomes a vocabulary for wisdom. Wise counsel becomes a gift that enlarges perspective and protects the heart from haste. Every meaningful vocation asks for competence and presence. Skill serves people best when it is joined to compassion, ethical clarity, and a willingness to listen before acting. The physician, scientist, teacher, minister, leader, parent, and friend each encounter moments in which attention becomes an act of love. Names can become mirrors for meditation. They gather memory and meaning, inviting a person to ask what kind of life would honor the finest possibilities carried by the name. The name then becomes a doorway into prayer and a summons toward faithful living.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May the God who met Hannah in prayer, called Samuel by name, and met Anna in the temple cultivate in you attentive devotion and generous hope.</w:t>
      </w:r>
    </w:p>
    <w:p>
      <w:r>
        <w:br w:type="page"/>
      </w:r>
    </w:p>
    <w:p>
      <w:pPr>
        <w:pStyle w:val="Heading1"/>
      </w:pPr>
      <w:r>
        <w:t>Epilogue: Beloved Grace Poured Forward</w:t>
      </w:r>
    </w:p>
    <w:p>
      <w:r>
        <w:t>The deepest discoveries often arrive with the softness of dawn. A familiar word becomes luminous, an old story opens a new room, and a name carried for years begins to sound different in the ear. Samuel stands between Hannah and Anna like a living bridge. He is the son born after Hannah’s prayer and the prophet who learns to hear. Anna later bears the same ancient name as Hannah and is herself identified as a prophetess. Together the narratives create a memorable sequence of prayer, hearing, recognition, thanksgiving, and proclamation. A life shaped this way develops a different relationship with time. Waiting becomes fertile ground for attention. Repetition becomes training. Small acts of obedience become a vocabulary through which larger assignments can eventually be carried with steadiness. The hidden season gains dignity because depth is accumulating beneath the visible surface. Grace gives the movement its atmosphere. Grace receives the unfinished person. Grace makes room for growth. Grace supports repentance, learning, endurance, and renewed effort. Grace turns outward as hospitality, patience, generosity, truthfulness, and hope offered to another person. Read the relevant biblical passage slowly. Write one sentence about what draws your attention, one sentence about what it reveals about God, and one sentence about the response it invites. Return to those sentences after a day and observe what has deepened. May grace become spacious within you. May prayer deepen your roots, hearing refine your attention, recognition brighten your eyes, and love govern every word you release.</w:t>
      </w:r>
    </w:p>
    <w:p>
      <w:r>
        <w:t>Some truths enter life as information and remain long enough to become invitation. They move from the page into imagination, from imagination into prayer, and from prayer into the choices that shape a life. Anna’s connection to Asher adds another layer. Luke preserves her ancestry with unusual care, naming her father Phanuel and her tribe. The blessings associated with Asher evoke richness, favor, oil, strength, and flourishing. These themes create fertile ground for reflection on a life sustained through long devotion. Calling is carried within a whole human life, with relationships, responsibilities, learning, delight, grief, work, and rest. Spiritual depth grows as these dimensions are brought into honest conversation with God. The sacred enters ordinary schedules and gives daily choices a wider horizon. The biblical stories invite a spacious pace. Years can pass between promise and fulfillment, between first hearing and mature service, between hidden devotion and public witness. Their pace cultivates confidence in formation that unfolds across seasons and prepares a person to carry consequential moments with steadiness. Keep a listening journal for seven days. Record Scripture passages, recurring themes, wise counsel, circumstances, and inner impressions that seem significant. Review the entries together so that patterns can emerge through patient reflection. May the God who met Hannah in prayer, called Samuel by name, and met Anna in the temple cultivate in you attentive devotion and generous hope.</w:t>
      </w:r>
    </w:p>
    <w:p>
      <w:r>
        <w:t>Scripture gathers immense meaning into small things: a name, a lamp, a doorway, a whispered answer, a woman waiting in worship, a child learning to listen. Small forms can carry expansive significance. Beloved grace is a poetic reading of Sherry-Ann. The phrase gathers endearment around Sherry and the ancient grace-name around Ann. It functions as an invitation to live from received grace: to pray deeply, listen carefully, discern patiently, give thanks readily, and speak in ways that serve God and people. There is tenderness in the pattern. Hannah tears matter. Samuel’s uncertainty matters. Anna’s long years matter. Scripture allows each season to retain its human texture while revealing how divine purpose can move through ordinary time. The stories honor process, development, and the slow education of attention. When the themes are held together, a coherent rhythm emerges: pray deeply, listen carefully, discern patiently, give thanks readily, speak responsibly, and release outcomes into God’s hands. The rhythm can guide a single conversation, a season of leadership, a clinical encounter, a ministry assignment, or a lifetime. Choose one act of hidden faithfulness: prayer, generosity, study, service, reconciliation, hospitality, or rest. Practice it consistently for a week. Let the repetition train the heart in steadiness. May hidden seasons grow deep roots. May appointed hours find you prepared. May thanksgiving rise quickly, and may your words carry healing, wisdom, and hope.</w:t>
      </w:r>
    </w:p>
    <w:p>
      <w:pPr>
        <w:pStyle w:val="Heading1"/>
      </w:pPr>
      <w:r>
        <w:t>Scripture Guide</w:t>
      </w:r>
    </w:p>
    <w:p>
      <w:r>
        <w:t>1 Samuel 1-2 - Hannah’s prayer, Samuel birth, dedication, and Hannah song.</w:t>
      </w:r>
    </w:p>
    <w:p>
      <w:r>
        <w:t>1 Samuel 3 - Samuel learns to recognize and answer the voice of God.</w:t>
      </w:r>
    </w:p>
    <w:p>
      <w:r>
        <w:t>1 Samuel 3:19-20 - Samuel becomes established as a prophet in Israel.</w:t>
      </w:r>
    </w:p>
    <w:p>
      <w:r>
        <w:t>Luke 2:22-38 - Simeon and Anna recognize Jesus at His presentation in the temple.</w:t>
      </w:r>
    </w:p>
    <w:p>
      <w:r>
        <w:t>Luke 2:36-38 - Anna is identified as a prophetess, daughter of Phanuel, of the tribe of Asher.</w:t>
      </w:r>
    </w:p>
    <w:p>
      <w:r>
        <w:t>Genesis 30:13 - The naming of Asher.</w:t>
      </w:r>
    </w:p>
    <w:p>
      <w:r>
        <w:t>Genesis 49:20 - Jacob blessing concerning Asher.</w:t>
      </w:r>
    </w:p>
    <w:p>
      <w:r>
        <w:t>Deuteronomy 33:24-25 - Moses blessing concerning Asher, including favor, oil, and enduring strength.</w:t>
      </w:r>
    </w:p>
    <w:p>
      <w:r>
        <w:t>Psalm 51 - A biblical meditation on the heart, renewal, and inward truth.</w:t>
      </w:r>
    </w:p>
    <w:p>
      <w:r>
        <w:t>Proverbs 4:23 - A wisdom text concerning the guarding of the heart.</w:t>
      </w:r>
    </w:p>
    <w:sectPr w:rsidR="00FC693F" w:rsidRPr="0006063C" w:rsidSect="00034616">
      <w:pgSz w:w="12240" w:h="15840"/>
      <w:pgMar w:top="1037" w:right="1152" w:bottom="1037"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7A0C36"/>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A4702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7A0C36"/>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